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VOLLMACHT FÜR SCHULISCHE ANGELEGENHEITEN</w:t>
      </w:r>
    </w:p>
    <w:p/>
    <w:p/>
    <w:p>
      <w:r>
        <w:rPr>
          <w:b/>
          <w:sz w:val="22"/>
        </w:rPr>
        <w:t>Vollmachtgeber:</w:t>
      </w:r>
    </w:p>
    <w:p>
      <w:r>
        <w:rPr>
          <w:b w:val="0"/>
          <w:sz w:val="22"/>
        </w:rPr>
        <w:t>Name: __________________________________________________________</w:t>
      </w:r>
    </w:p>
    <w:p>
      <w:r>
        <w:rPr>
          <w:b w:val="0"/>
          <w:sz w:val="22"/>
        </w:rPr>
        <w:t>Geburtsdatum: ___________________________________________________</w:t>
      </w:r>
    </w:p>
    <w:p>
      <w:r>
        <w:rPr>
          <w:b w:val="0"/>
          <w:sz w:val="22"/>
        </w:rPr>
        <w:t>Anschrift: ______________________________________________________</w:t>
      </w:r>
    </w:p>
    <w:p/>
    <w:p>
      <w:r>
        <w:rPr>
          <w:b/>
          <w:sz w:val="22"/>
        </w:rPr>
        <w:t>Vollmachtnehmer (Bevollmächtigter):</w:t>
      </w:r>
    </w:p>
    <w:p>
      <w:r>
        <w:rPr>
          <w:b w:val="0"/>
          <w:sz w:val="22"/>
        </w:rPr>
        <w:t>Name: __________________________________________________________</w:t>
      </w:r>
    </w:p>
    <w:p>
      <w:r>
        <w:rPr>
          <w:b w:val="0"/>
          <w:sz w:val="22"/>
        </w:rPr>
        <w:t>Geburtsdatum: ___________________________________________________</w:t>
      </w:r>
    </w:p>
    <w:p>
      <w:r>
        <w:rPr>
          <w:b w:val="0"/>
          <w:sz w:val="22"/>
        </w:rPr>
        <w:t>Anschrift: ______________________________________________________</w:t>
      </w:r>
    </w:p>
    <w:p/>
    <w:p>
      <w:r>
        <w:rPr>
          <w:b/>
          <w:sz w:val="22"/>
        </w:rPr>
        <w:t>Schule / Bildungseinrichtung:</w:t>
      </w:r>
    </w:p>
    <w:p>
      <w:r>
        <w:rPr>
          <w:b w:val="0"/>
          <w:sz w:val="22"/>
        </w:rPr>
        <w:t>Name der Schule: ________________________________________________</w:t>
      </w:r>
    </w:p>
    <w:p>
      <w:r>
        <w:rPr>
          <w:b w:val="0"/>
          <w:sz w:val="22"/>
        </w:rPr>
        <w:t>Klasse / Jahrgangsstufe: ________________________________________</w:t>
      </w:r>
    </w:p>
    <w:p/>
    <w:p>
      <w:r>
        <w:rPr>
          <w:b w:val="0"/>
          <w:sz w:val="22"/>
        </w:rPr>
        <w:t>Hiermit bevollmächtige ich den oben genannten Vollmachtnehmer, mich und mein Kind / meine Kinder in allen schulischen Angelegenheiten vertreten zu dürfen. Dies umfasst insbesondere, aber nicht abschließend, die Teilnahme an Elternabenden, die Kommunikation mit Lehrkräften und der Schulleitung, die Entgegennahme von Informationen und Unterlagen sowie die Abgabe von Erklärungen im schulischen Kontext.</w:t>
      </w:r>
    </w:p>
    <w:p/>
    <w:p>
      <w:r>
        <w:rPr>
          <w:b w:val="0"/>
          <w:sz w:val="22"/>
        </w:rPr>
        <w:t>Die Vollmacht gilt für alle schulischen Belange während des laufenden Schuljahres und ist bis auf Widerruf gültig.</w:t>
      </w:r>
    </w:p>
    <w:p/>
    <w:p/>
    <w:p>
      <w:r>
        <w:rPr>
          <w:b w:val="0"/>
          <w:sz w:val="22"/>
        </w:rPr>
        <w:t>Ort: ____________________________________________________________</w:t>
      </w:r>
    </w:p>
    <w:p>
      <w:r>
        <w:rPr>
          <w:b w:val="0"/>
          <w:sz w:val="22"/>
        </w:rPr>
        <w:t>Datum: 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Vollmachtgeber</w:t>
            </w:r>
          </w:p>
        </w:tc>
        <w:tc>
          <w:tcPr>
            <w:tcW w:type="dxa" w:w="4986"/>
            <w:tcBorders>
              <w:top w:val="nil"/>
              <w:left w:val="nil"/>
              <w:bottom w:val="nil"/>
              <w:right w:val="nil"/>
              <w:insideH w:val="nil"/>
              <w:insideV w:val="nil"/>
            </w:tcBorders>
          </w:tcPr>
          <w:p>
            <w:pPr>
              <w:jc w:val="center"/>
            </w:pPr>
            <w:r>
              <w:t>Vollmachtnehmer</w:t>
            </w:r>
          </w:p>
        </w:tc>
      </w:tr>
      <w:tr>
        <w:tc>
          <w:tcPr>
            <w:tcW w:type="dxa" w:w="4986"/>
            <w:tcBorders>
              <w:top w:val="nil"/>
              <w:left w:val="nil"/>
              <w:bottom w:val="nil"/>
              <w:right w:val="nil"/>
              <w:insideH w:val="nil"/>
              <w:insideV w:val="nil"/>
            </w:tcBorders>
          </w:tcPr>
          <w:p>
            <w:pPr>
              <w:jc w:val="center"/>
            </w:pPr>
            <w:r>
              <w:br/>
              <w:br/>
              <w:t>Unterschrift: ____________________________________</w:t>
            </w:r>
          </w:p>
        </w:tc>
        <w:tc>
          <w:tcPr>
            <w:tcW w:type="dxa" w:w="4986"/>
            <w:tcBorders>
              <w:top w:val="nil"/>
              <w:left w:val="nil"/>
              <w:bottom w:val="nil"/>
              <w:right w:val="nil"/>
              <w:insideH w:val="nil"/>
              <w:insideV w:val="nil"/>
            </w:tcBorders>
          </w:tcPr>
          <w:p>
            <w:pPr>
              <w:jc w:val="center"/>
            </w:pPr>
            <w:r>
              <w:br/>
              <w:br/>
              <w:t>Unterschrift: ____________________________________</w:t>
            </w:r>
          </w:p>
        </w:tc>
      </w:tr>
      <w:tr>
        <w:tc>
          <w:tcPr>
            <w:tcW w:type="dxa" w:w="4986"/>
            <w:tcBorders>
              <w:top w:val="nil"/>
              <w:left w:val="nil"/>
              <w:bottom w:val="nil"/>
              <w:right w:val="nil"/>
              <w:insideH w:val="nil"/>
              <w:insideV w:val="nil"/>
            </w:tcBorders>
          </w:tcPr>
          <w:p>
            <w:pPr>
              <w:jc w:val="center"/>
            </w:pPr>
            <w:r>
              <w:t>Name: ___________________________________________</w:t>
            </w:r>
          </w:p>
        </w:tc>
        <w:tc>
          <w:tcPr>
            <w:tcW w:type="dxa" w:w="4986"/>
            <w:tcBorders>
              <w:top w:val="nil"/>
              <w:left w:val="nil"/>
              <w:bottom w:val="nil"/>
              <w:right w:val="nil"/>
              <w:insideH w:val="nil"/>
              <w:insideV w:val="nil"/>
            </w:tcBorders>
          </w:tcPr>
          <w:p>
            <w:pPr>
              <w:jc w:val="center"/>
            </w:pPr>
            <w:r>
              <w:t>Name: ___________________________________________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https://bildung-experte.com/vollmacht-fur-schulische-angelegenheiten/</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https://bildung-experte.com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bildung-experte.com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bildung-experte.com/vollmacht-fur-schulische-angelegenheiten/" TargetMode="External"/><Relationship Id="rId10" Type="http://schemas.openxmlformats.org/officeDocument/2006/relationships/hyperlink" Target="https://bildung-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