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VERSSETZUNGSANTRAG PFLEGE</w:t>
      </w:r>
    </w:p>
    <w:p/>
    <w:p/>
    <w:p>
      <w:r>
        <w:rPr>
          <w:b/>
          <w:sz w:val="22"/>
        </w:rPr>
        <w:t>Antragsteller (Pflegebedürftige Person):</w:t>
      </w:r>
    </w:p>
    <w:p>
      <w:r>
        <w:rPr>
          <w:b w:val="0"/>
          <w:sz w:val="22"/>
        </w:rPr>
        <w:t>Name: ________________________________________________________________</w:t>
      </w:r>
    </w:p>
    <w:p>
      <w:r>
        <w:rPr>
          <w:b w:val="0"/>
          <w:sz w:val="22"/>
        </w:rPr>
        <w:t>Geburtsdatum: ________________________________________________________</w:t>
      </w:r>
    </w:p>
    <w:p>
      <w:r>
        <w:rPr>
          <w:b w:val="0"/>
          <w:sz w:val="22"/>
        </w:rPr>
        <w:t>Anschrift: ____________________________________________________________</w:t>
      </w:r>
    </w:p>
    <w:p/>
    <w:p>
      <w:r>
        <w:rPr>
          <w:b/>
          <w:sz w:val="22"/>
        </w:rPr>
        <w:t>Derzeitige Pflegeeinrichtung:</w:t>
      </w:r>
    </w:p>
    <w:p>
      <w:r>
        <w:rPr>
          <w:b w:val="0"/>
          <w:sz w:val="22"/>
        </w:rPr>
        <w:t>Name der Einrichtung: _________________________________________________</w:t>
      </w:r>
    </w:p>
    <w:p>
      <w:r>
        <w:rPr>
          <w:b w:val="0"/>
          <w:sz w:val="22"/>
        </w:rPr>
        <w:t>Anschrift: ____________________________________________________________</w:t>
      </w:r>
    </w:p>
    <w:p/>
    <w:p>
      <w:r>
        <w:rPr>
          <w:b/>
          <w:sz w:val="22"/>
        </w:rPr>
        <w:t>Gewünschte Pflegeeinrichtung (für die Versetzung):</w:t>
      </w:r>
    </w:p>
    <w:p>
      <w:r>
        <w:rPr>
          <w:b w:val="0"/>
          <w:sz w:val="22"/>
        </w:rPr>
        <w:t>Name der Einrichtung: _________________________________________________</w:t>
      </w:r>
    </w:p>
    <w:p>
      <w:r>
        <w:rPr>
          <w:b w:val="0"/>
          <w:sz w:val="22"/>
        </w:rPr>
        <w:t>Anschrift: ____________________________________________________________</w:t>
      </w:r>
    </w:p>
    <w:p/>
    <w:p>
      <w:r>
        <w:rPr>
          <w:b/>
          <w:sz w:val="22"/>
        </w:rPr>
        <w:t>Begründung des Versetzungsantrags:</w:t>
      </w:r>
    </w:p>
    <w:p>
      <w:r>
        <w:rPr>
          <w:b w:val="0"/>
          <w:sz w:val="22"/>
        </w:rPr>
        <w:t>______________________________________________________________________</w:t>
      </w:r>
    </w:p>
    <w:p>
      <w:r>
        <w:rPr>
          <w:b w:val="0"/>
          <w:sz w:val="22"/>
        </w:rPr>
        <w:t>______________________________________________________________________</w:t>
      </w:r>
    </w:p>
    <w:p>
      <w:r>
        <w:rPr>
          <w:b w:val="0"/>
          <w:sz w:val="22"/>
        </w:rPr>
        <w:t>______________________________________________________________________</w:t>
      </w:r>
    </w:p>
    <w:p>
      <w:r>
        <w:rPr>
          <w:b w:val="0"/>
          <w:sz w:val="22"/>
        </w:rPr>
        <w:t>______________________________________________________________________</w:t>
      </w:r>
    </w:p>
    <w:p>
      <w:r>
        <w:rPr>
          <w:b w:val="0"/>
          <w:sz w:val="22"/>
        </w:rPr>
        <w:t>______________________________________________________________________</w:t>
      </w:r>
    </w:p>
    <w:p/>
    <w:p>
      <w:r>
        <w:rPr>
          <w:b/>
          <w:sz w:val="22"/>
        </w:rPr>
        <w:t>Medizinische Hinweise (optional):</w:t>
      </w:r>
    </w:p>
    <w:p>
      <w:r>
        <w:rPr>
          <w:b w:val="0"/>
          <w:sz w:val="22"/>
        </w:rPr>
        <w:t>______________________________________________________________________</w:t>
      </w:r>
    </w:p>
    <w:p>
      <w:r>
        <w:rPr>
          <w:b w:val="0"/>
          <w:sz w:val="22"/>
        </w:rPr>
        <w:t>______________________________________________________________________</w:t>
      </w:r>
    </w:p>
    <w:p>
      <w:r>
        <w:rPr>
          <w:b w:val="0"/>
          <w:sz w:val="22"/>
        </w:rPr>
        <w:t>______________________________________________________________________</w:t>
      </w:r>
    </w:p>
    <w:p/>
    <w:p>
      <w:r>
        <w:rPr>
          <w:b/>
          <w:sz w:val="22"/>
        </w:rPr>
        <w:t>Rechtliche Grundlage:</w:t>
      </w:r>
    </w:p>
    <w:p>
      <w:r>
        <w:rPr>
          <w:b w:val="0"/>
          <w:sz w:val="22"/>
        </w:rPr>
        <w:t>Dieser Antrag erfolgt auf Grundlage des § 9 Abs. 4 SGB XI und weiterer einschlägiger Vorschriften. Ich beantrage hiermit die Versetzung in die oben genannte Pflegeeinrichtung. Mir ist bekannt, dass die Entscheidung über den Antrag im Ermessen der zuständigen Stellen liegt.</w:t>
      </w:r>
    </w:p>
    <w:p/>
    <w:p/>
    <w:p>
      <w:r>
        <w:rPr>
          <w:b w:val="0"/>
          <w:sz w:val="22"/>
        </w:rPr>
        <w:t>Ort: _________________________________________________________________</w:t>
      </w:r>
    </w:p>
    <w:p>
      <w:r>
        <w:rPr>
          <w:b w:val="0"/>
          <w:sz w:val="22"/>
        </w:rPr>
        <w:t>Unterschrift Antragsteller: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Pflegebedürftige Person / Antragsteller</w:t>
            </w:r>
          </w:p>
        </w:tc>
        <w:tc>
          <w:tcPr>
            <w:tcW w:type="dxa" w:w="4986"/>
            <w:tcBorders>
              <w:top w:val="nil"/>
              <w:left w:val="nil"/>
              <w:bottom w:val="nil"/>
              <w:right w:val="nil"/>
              <w:insideH w:val="nil"/>
              <w:insideV w:val="nil"/>
            </w:tcBorders>
          </w:tcPr>
          <w:p>
            <w:pPr>
              <w:jc w:val="center"/>
            </w:pPr>
            <w:r>
              <w:t>Pflegeeinrichtung (aktueller Träger)</w:t>
            </w:r>
          </w:p>
        </w:tc>
      </w:tr>
      <w:tr>
        <w:tc>
          <w:tcPr>
            <w:tcW w:type="dxa" w:w="4986"/>
            <w:tcBorders>
              <w:top w:val="nil"/>
              <w:left w:val="nil"/>
              <w:bottom w:val="nil"/>
              <w:right w:val="nil"/>
              <w:insideH w:val="nil"/>
              <w:insideV w:val="nil"/>
            </w:tcBorders>
          </w:tcPr>
          <w:p>
            <w:pPr>
              <w:jc w:val="center"/>
            </w:pPr>
            <w:r>
              <w:br/>
              <w:br/>
              <w:t>Unterschrift: ___________________________</w:t>
            </w:r>
          </w:p>
        </w:tc>
        <w:tc>
          <w:tcPr>
            <w:tcW w:type="dxa" w:w="4986"/>
            <w:tcBorders>
              <w:top w:val="nil"/>
              <w:left w:val="nil"/>
              <w:bottom w:val="nil"/>
              <w:right w:val="nil"/>
              <w:insideH w:val="nil"/>
              <w:insideV w:val="nil"/>
            </w:tcBorders>
          </w:tcPr>
          <w:p>
            <w:pPr>
              <w:jc w:val="center"/>
            </w:pPr>
            <w:r>
              <w:br/>
              <w:br/>
              <w:t>Unterschrift: ___________________________</w:t>
            </w:r>
          </w:p>
        </w:tc>
      </w:tr>
      <w:tr>
        <w:tc>
          <w:tcPr>
            <w:tcW w:type="dxa" w:w="4986"/>
            <w:tcBorders>
              <w:top w:val="nil"/>
              <w:left w:val="nil"/>
              <w:bottom w:val="nil"/>
              <w:right w:val="nil"/>
              <w:insideH w:val="nil"/>
              <w:insideV w:val="nil"/>
            </w:tcBorders>
          </w:tcPr>
          <w:p>
            <w:pPr>
              <w:jc w:val="center"/>
            </w:pPr>
            <w:r>
              <w:t>Name in Druckbuchstaben: __________________</w:t>
            </w:r>
          </w:p>
        </w:tc>
        <w:tc>
          <w:tcPr>
            <w:tcW w:type="dxa" w:w="4986"/>
            <w:tcBorders>
              <w:top w:val="nil"/>
              <w:left w:val="nil"/>
              <w:bottom w:val="nil"/>
              <w:right w:val="nil"/>
              <w:insideH w:val="nil"/>
              <w:insideV w:val="nil"/>
            </w:tcBorders>
          </w:tcPr>
          <w:p>
            <w:pPr>
              <w:jc w:val="center"/>
            </w:pPr>
            <w:r>
              <w:t>Name in Druckbuchstaben: __________________</w:t>
            </w:r>
          </w:p>
        </w:tc>
      </w:tr>
    </w:tbl>
    <w:p>
      <w:r>
        <w:br w:type="page"/>
      </w:r>
    </w:p>
    <w:p>
      <w:pPr>
        <w:jc w:val="center"/>
      </w:pPr>
      <w:r>
        <w:rPr>
          <w:color w:val="555555"/>
          <w:sz w:val="24"/>
        </w:rPr>
        <w:t>Originalquelle dieses Dokuments:</w:t>
      </w:r>
    </w:p>
    <w:p>
      <w:pPr>
        <w:jc w:val="center"/>
      </w:pPr>
      <w:hyperlink r:id="rId9">
        <w:r>
          <w:rPr>
            <w:color w:val="0000FF"/>
            <w:u w:val="single"/>
          </w:rPr>
          <w:t>https://bildung-experte.com/versetzungsantrag-pflege/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https://bildung-experte.com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bildung-experte.com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ildung-experte.com/versetzungsantrag-pflege/" TargetMode="External"/><Relationship Id="rId10" Type="http://schemas.openxmlformats.org/officeDocument/2006/relationships/hyperlink" Target="https://bildung-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