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STUDIENABSICHTSERKLÄRUNG</w:t>
      </w:r>
    </w:p>
    <w:p/>
    <w:p/>
    <w:p>
      <w:r>
        <w:rPr>
          <w:b/>
          <w:sz w:val="22"/>
        </w:rPr>
        <w:t>Angaben zur Person</w:t>
      </w:r>
    </w:p>
    <w:p>
      <w:r>
        <w:rPr>
          <w:b w:val="0"/>
          <w:sz w:val="22"/>
        </w:rPr>
        <w:t>Vorname, Nachname:</w:t>
      </w:r>
    </w:p>
    <w:p>
      <w:r>
        <w:rPr>
          <w:b w:val="0"/>
          <w:sz w:val="22"/>
        </w:rPr>
        <w:t>Geburtsdatum:</w:t>
      </w:r>
    </w:p>
    <w:p>
      <w:r>
        <w:rPr>
          <w:b w:val="0"/>
          <w:sz w:val="22"/>
        </w:rPr>
        <w:t>Anschrift:</w:t>
      </w:r>
    </w:p>
    <w:p>
      <w:r>
        <w:rPr>
          <w:b w:val="0"/>
          <w:sz w:val="22"/>
        </w:rPr>
        <w:t>E-Mail-Adresse:</w:t>
      </w:r>
    </w:p>
    <w:p/>
    <w:p>
      <w:r>
        <w:rPr>
          <w:b/>
          <w:sz w:val="22"/>
        </w:rPr>
        <w:t>Angaben zum Studienwunsch</w:t>
      </w:r>
    </w:p>
    <w:p>
      <w:r>
        <w:rPr>
          <w:b w:val="0"/>
          <w:sz w:val="22"/>
        </w:rPr>
        <w:t>Gewünschter Studiengang:</w:t>
      </w:r>
    </w:p>
    <w:p>
      <w:r>
        <w:rPr>
          <w:b w:val="0"/>
          <w:sz w:val="22"/>
        </w:rPr>
        <w:t>Studienort:</w:t>
      </w:r>
    </w:p>
    <w:p>
      <w:r>
        <w:rPr>
          <w:b w:val="0"/>
          <w:sz w:val="22"/>
        </w:rPr>
        <w:t>Voraussichtliches Studienbeginn:</w:t>
      </w:r>
    </w:p>
    <w:p/>
    <w:p>
      <w:r>
        <w:rPr>
          <w:b/>
          <w:sz w:val="22"/>
        </w:rPr>
        <w:t>Studienmotivation</w:t>
      </w:r>
    </w:p>
    <w:p>
      <w:r>
        <w:rPr>
          <w:b w:val="0"/>
          <w:sz w:val="22"/>
        </w:rPr>
        <w:t>Hiermit erkläre ich meine Absicht, das oben genannte Studium aufzunehmen. Ich bin mir der Anforderungen und Verpflichtungen bewusst und beabsichtige, das Studium mit Engagement und Verantwortungsbewusstsein durchzuführen. Ich bestätige, dass ich die notwendigen Qualifikationen für die Zulassung erfüllt habe oder erwerbe und mich über die Studieninhalte umfassend informiert habe.</w:t>
      </w:r>
    </w:p>
    <w:p/>
    <w:p>
      <w:r>
        <w:rPr>
          <w:b/>
          <w:sz w:val="22"/>
        </w:rPr>
        <w:t>Verpflichtungserklärung</w:t>
      </w:r>
    </w:p>
    <w:p>
      <w:r>
        <w:rPr>
          <w:b w:val="0"/>
          <w:sz w:val="22"/>
        </w:rPr>
        <w:t>Ich verpflichte mich, die Studienordnung, Prüfungsordnung sowie alle an der Hochschule geltenden Regeln und Fristen einzuhalten. Mir ist bekannt, dass bei Nichterfüllung der Zulassungsvoraussetzungen oder bei Verstoß gegen die genannten Regeln Konsequenzen bis zum Ausschluss vom Studium folgen können.</w:t>
      </w:r>
    </w:p>
    <w:p/>
    <w:p>
      <w:r>
        <w:rPr>
          <w:b/>
          <w:sz w:val="22"/>
        </w:rPr>
        <w:t>Datenschutz</w:t>
      </w:r>
    </w:p>
    <w:p>
      <w:r>
        <w:rPr>
          <w:b w:val="0"/>
          <w:sz w:val="22"/>
        </w:rPr>
        <w:t>Ich bin damit einverstanden, dass meine persönlichen Daten im Rahmen des Zulassungs- und Studienverfahrens verarbeitet und gespeichert werden. Diese Erklärung dient ausschließlich dem Zwecke der Studienaufnahme und wird vertraulich behandelt.</w:t>
      </w:r>
    </w:p>
    <w:p/>
    <w:p/>
    <w:p>
      <w:r>
        <w:rPr>
          <w:b w:val="0"/>
          <w:sz w:val="22"/>
        </w:rPr>
        <w:t>Ort, Datum:</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Studienbewerber</w:t>
            </w:r>
          </w:p>
        </w:tc>
        <w:tc>
          <w:tcPr>
            <w:tcW w:type="dxa" w:w="4986"/>
            <w:tcBorders>
              <w:top w:val="nil"/>
              <w:left w:val="nil"/>
              <w:bottom w:val="nil"/>
              <w:right w:val="nil"/>
              <w:insideH w:val="nil"/>
              <w:insideV w:val="nil"/>
            </w:tcBorders>
          </w:tcPr>
          <w:p>
            <w:pPr>
              <w:jc w:val="center"/>
            </w:pPr>
            <w:r>
              <w:t>Unterschrift Hochschule / Sachbearbeiter</w:t>
            </w:r>
          </w:p>
        </w:tc>
      </w:tr>
      <w:tr>
        <w:tc>
          <w:tcPr>
            <w:tcW w:type="dxa" w:w="4986"/>
            <w:tcBorders>
              <w:top w:val="nil"/>
              <w:left w:val="nil"/>
              <w:bottom w:val="nil"/>
              <w:right w:val="nil"/>
              <w:insideH w:val="nil"/>
              <w:insideV w:val="nil"/>
            </w:tcBorders>
          </w:tcPr>
          <w:p>
            <w:pPr>
              <w:jc w:val="center"/>
            </w:pPr>
            <w:r>
              <w:br/>
              <w:br/>
              <w:t>_____________________________</w:t>
            </w:r>
          </w:p>
        </w:tc>
        <w:tc>
          <w:tcPr>
            <w:tcW w:type="dxa" w:w="4986"/>
            <w:tcBorders>
              <w:top w:val="nil"/>
              <w:left w:val="nil"/>
              <w:bottom w:val="nil"/>
              <w:right w:val="nil"/>
              <w:insideH w:val="nil"/>
              <w:insideV w:val="nil"/>
            </w:tcBorders>
          </w:tcPr>
          <w:p>
            <w:pPr>
              <w:jc w:val="center"/>
            </w:pPr>
            <w:r>
              <w:br/>
              <w:br/>
              <w:t>_____________________________</w:t>
            </w:r>
          </w:p>
        </w:tc>
      </w:tr>
      <w:tr>
        <w:tc>
          <w:tcPr>
            <w:tcW w:type="dxa" w:w="4986"/>
            <w:tcBorders>
              <w:top w:val="nil"/>
              <w:left w:val="nil"/>
              <w:bottom w:val="nil"/>
              <w:right w:val="nil"/>
              <w:insideH w:val="nil"/>
              <w:insideV w:val="nil"/>
            </w:tcBorders>
          </w:tcPr>
          <w:p>
            <w:pPr>
              <w:jc w:val="center"/>
            </w:pPr>
            <w:r>
              <w:t>Name in Druckbuchstaben</w:t>
            </w:r>
          </w:p>
        </w:tc>
        <w:tc>
          <w:tcPr>
            <w:tcW w:type="dxa" w:w="4986"/>
            <w:tcBorders>
              <w:top w:val="nil"/>
              <w:left w:val="nil"/>
              <w:bottom w:val="nil"/>
              <w:right w:val="nil"/>
              <w:insideH w:val="nil"/>
              <w:insideV w:val="nil"/>
            </w:tcBorders>
          </w:tcPr>
          <w:p>
            <w:pPr>
              <w:jc w:val="center"/>
            </w:pPr>
            <w:r>
              <w:t>Name in Druckbuchstaben</w:t>
            </w:r>
          </w:p>
        </w:tc>
      </w:tr>
    </w:tbl>
    <w:p>
      <w:r>
        <w:br w:type="page"/>
      </w:r>
    </w:p>
    <w:p>
      <w:pPr>
        <w:jc w:val="center"/>
      </w:pPr>
      <w:r>
        <w:rPr>
          <w:color w:val="555555"/>
          <w:sz w:val="24"/>
        </w:rPr>
        <w:t>Originalquelle dieses Dokuments:</w:t>
      </w:r>
    </w:p>
    <w:p>
      <w:pPr>
        <w:jc w:val="center"/>
      </w:pPr>
      <w:hyperlink r:id="rId9">
        <w:r>
          <w:rPr>
            <w:color w:val="0000FF"/>
            <w:u w:val="single"/>
          </w:rPr>
          <w:t>https://bildung-experte.com/studienabsichtserklarung/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studienabsichtserklarung/"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