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SCHULWECHSEL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</w:t>
      </w:r>
    </w:p>
    <w:p>
      <w:r>
        <w:rPr>
          <w:b w:val="0"/>
          <w:sz w:val="22"/>
        </w:rPr>
        <w:t>Telefonnummer: ____________________________________________________</w:t>
      </w:r>
    </w:p>
    <w:p>
      <w:r>
        <w:rPr>
          <w:b w:val="0"/>
          <w:sz w:val="22"/>
        </w:rPr>
        <w:t>E-Mail (optional): _________________________________________________</w:t>
      </w:r>
    </w:p>
    <w:p/>
    <w:p>
      <w:r>
        <w:rPr>
          <w:b/>
          <w:sz w:val="22"/>
        </w:rPr>
        <w:t>Antrag an:</w:t>
      </w:r>
    </w:p>
    <w:p>
      <w:r>
        <w:rPr>
          <w:b w:val="0"/>
          <w:sz w:val="22"/>
        </w:rPr>
        <w:t>Schulamt Hessen / zuständige Schule: ________________________________</w:t>
      </w:r>
    </w:p>
    <w:p>
      <w:r>
        <w:rPr>
          <w:b w:val="0"/>
          <w:sz w:val="22"/>
        </w:rPr>
        <w:t>Adresse: ___________________________________________________________</w:t>
      </w:r>
    </w:p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Schulwechsel meines Kindes</w:t>
      </w:r>
    </w:p>
    <w:p/>
    <w:p>
      <w:r>
        <w:rPr>
          <w:b/>
          <w:sz w:val="22"/>
        </w:rPr>
        <w:t>Angaben zum Kind:</w:t>
      </w:r>
    </w:p>
    <w:p>
      <w:r>
        <w:rPr>
          <w:b w:val="0"/>
          <w:sz w:val="22"/>
        </w:rPr>
        <w:t>Name: 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</w:t>
      </w:r>
    </w:p>
    <w:p>
      <w:r>
        <w:rPr>
          <w:b w:val="0"/>
          <w:sz w:val="22"/>
        </w:rPr>
        <w:t>Derzeitige Schule: _________________________________________________</w:t>
      </w:r>
    </w:p>
    <w:p>
      <w:r>
        <w:rPr>
          <w:b w:val="0"/>
          <w:sz w:val="22"/>
        </w:rPr>
        <w:t>Klasse / Jahrgangsstufe: ____________________________________________</w:t>
      </w:r>
    </w:p>
    <w:p/>
    <w:p>
      <w:r>
        <w:rPr>
          <w:b/>
          <w:sz w:val="22"/>
        </w:rPr>
        <w:t>Gewünschte neue Schule:</w:t>
      </w:r>
    </w:p>
    <w:p>
      <w:r>
        <w:rPr>
          <w:b w:val="0"/>
          <w:sz w:val="22"/>
        </w:rPr>
        <w:t>Name der Schule: _________________________________________________</w:t>
      </w:r>
    </w:p>
    <w:p>
      <w:r>
        <w:rPr>
          <w:b w:val="0"/>
          <w:sz w:val="22"/>
        </w:rPr>
        <w:t>Adresse der Schule: _______________________________________________</w:t>
      </w:r>
    </w:p>
    <w:p/>
    <w:p>
      <w:r>
        <w:rPr>
          <w:b/>
          <w:sz w:val="22"/>
        </w:rPr>
        <w:t>Begründung des Schulwechsels: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/>
    <w:p>
      <w:r>
        <w:rPr>
          <w:b/>
          <w:sz w:val="22"/>
        </w:rPr>
        <w:t>Hinweise:</w:t>
      </w:r>
    </w:p>
    <w:p>
      <w:r>
        <w:rPr>
          <w:b w:val="0"/>
          <w:sz w:val="22"/>
        </w:rPr>
        <w:t>Gemäß den Bestimmungen des Hessischen Schulgesetzes ist ein Schulwechsel möglich, wenn wichtige Gründe vorliegen und die Aufnahme an der Wunschschule realisierbar ist. Der Antrag wird vom Schulamt geprüft.</w:t>
      </w:r>
    </w:p>
    <w:p/>
    <w:p/>
    <w:p>
      <w:r>
        <w:rPr>
          <w:b w:val="0"/>
          <w:sz w:val="22"/>
        </w:rPr>
        <w:t>Ort: ______________________________________________________________</w:t>
      </w:r>
    </w:p>
    <w:p>
      <w:r>
        <w:rPr>
          <w:b w:val="0"/>
          <w:sz w:val="22"/>
        </w:rPr>
        <w:t>Unterschrift der Erziehungsberechtigten: 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Erziehungsberechtigter 2 (falls vorhanden)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https://bildung-experte.com/schulwechsel-beantragen-hessen/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schulwechsel-beantragen-hessen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