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SCHULBESCHEINIGUNG</w:t>
      </w:r>
    </w:p>
    <w:p/>
    <w:p/>
    <w:p>
      <w:r>
        <w:rPr>
          <w:b/>
          <w:sz w:val="22"/>
        </w:rPr>
        <w:t>Name und Anschrift der Schule: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Name und Vorname des Schülers / der Schülerin:</w:t>
      </w:r>
    </w:p>
    <w:p>
      <w:r>
        <w:rPr>
          <w:b w:val="0"/>
          <w:sz w:val="22"/>
        </w:rPr>
        <w:t>_______________________________________________________________</w:t>
      </w:r>
    </w:p>
    <w:p>
      <w:r>
        <w:rPr>
          <w:b/>
          <w:sz w:val="22"/>
        </w:rPr>
        <w:t>Geburtsdatum:</w:t>
      </w:r>
    </w:p>
    <w:p>
      <w:r>
        <w:rPr>
          <w:b w:val="0"/>
          <w:sz w:val="22"/>
        </w:rPr>
        <w:t>________________________</w:t>
      </w:r>
    </w:p>
    <w:p/>
    <w:p>
      <w:r>
        <w:rPr>
          <w:b/>
          <w:sz w:val="22"/>
        </w:rPr>
        <w:t>Schuljahr:</w:t>
      </w:r>
    </w:p>
    <w:p>
      <w:r>
        <w:rPr>
          <w:b w:val="0"/>
          <w:sz w:val="22"/>
        </w:rPr>
        <w:t>________________________</w:t>
      </w:r>
    </w:p>
    <w:p>
      <w:r>
        <w:rPr>
          <w:b/>
          <w:sz w:val="22"/>
        </w:rPr>
        <w:t>Besuchte Klasse / Jahrgangsstufe:</w:t>
      </w:r>
    </w:p>
    <w:p>
      <w:r>
        <w:rPr>
          <w:b w:val="0"/>
          <w:sz w:val="22"/>
        </w:rPr>
        <w:t>________________________</w:t>
      </w:r>
    </w:p>
    <w:p/>
    <w:p>
      <w:r>
        <w:rPr>
          <w:b w:val="0"/>
          <w:sz w:val="22"/>
        </w:rPr>
        <w:t>Hiermit wird bescheinigt, dass der/die oben genannte Schüler/in die oben genannte Schule im angegebenen Schuljahr besucht hat.</w:t>
      </w:r>
    </w:p>
    <w:p/>
    <w:p/>
    <w:p>
      <w:r>
        <w:rPr>
          <w:b/>
          <w:sz w:val="22"/>
        </w:rPr>
        <w:t>Ort:</w:t>
      </w:r>
    </w:p>
    <w:p>
      <w:r>
        <w:rPr>
          <w:b w:val="0"/>
          <w:sz w:val="22"/>
        </w:rPr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Schulleitung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Schüler/in oder Erziehungsberechtigte/r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https://bildung-experte.com/schulbescheinigung-druk-po-polsku/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schulbescheinigung-druk-po-polsku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