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Motivationsschreiben für die Aufnahme an der Schule</w:t>
      </w:r>
    </w:p>
    <w:p/>
    <w:p/>
    <w:p>
      <w:r>
        <w:rPr>
          <w:b/>
          <w:sz w:val="22"/>
        </w:rPr>
        <w:t>Absender: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Telefon:</w:t>
      </w:r>
    </w:p>
    <w:p>
      <w:r>
        <w:rPr>
          <w:b w:val="0"/>
          <w:sz w:val="22"/>
        </w:rPr>
        <w:t>E-Mail:</w:t>
      </w:r>
    </w:p>
    <w:p/>
    <w:p/>
    <w:p>
      <w:r>
        <w:rPr>
          <w:b/>
          <w:sz w:val="22"/>
        </w:rPr>
        <w:t>Empfänger:</w:t>
      </w:r>
    </w:p>
    <w:p>
      <w:r>
        <w:rPr>
          <w:b w:val="0"/>
          <w:sz w:val="22"/>
        </w:rPr>
        <w:t>Name der Schule:</w:t>
      </w:r>
    </w:p>
    <w:p>
      <w:r>
        <w:rPr>
          <w:b w:val="0"/>
          <w:sz w:val="22"/>
        </w:rPr>
        <w:t>Anschrift: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Bewerbung um Aufnahme in die Schule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bewerbe ich mich um einen Schulplatz an Ihrer Schule. Mit diesem Schreiben möchte ich Ihnen einen Einblick in meine Motivation, meine Stärken und meine persönlichen Ziele geben.</w:t>
      </w:r>
    </w:p>
    <w:p/>
    <w:p>
      <w:r>
        <w:rPr>
          <w:b/>
          <w:sz w:val="22"/>
        </w:rPr>
        <w:t>Motivation:</w:t>
      </w:r>
    </w:p>
    <w:p>
      <w:r>
        <w:rPr>
          <w:b w:val="0"/>
          <w:sz w:val="22"/>
        </w:rPr>
        <w:t>Bitte hier Ihre persönliche Motivation und Gründe für die Wahl dieser Schule eintragen.</w:t>
      </w:r>
    </w:p>
    <w:p/>
    <w:p>
      <w:r>
        <w:rPr>
          <w:b/>
          <w:sz w:val="22"/>
        </w:rPr>
        <w:t>Fähigkeiten und Stärken:</w:t>
      </w:r>
    </w:p>
    <w:p>
      <w:r>
        <w:rPr>
          <w:b w:val="0"/>
          <w:sz w:val="22"/>
        </w:rPr>
        <w:t>Bitte hier Ihre besonderen Fähigkeiten, Interessen und Stärken beschreiben.</w:t>
      </w:r>
    </w:p>
    <w:p/>
    <w:p>
      <w:r>
        <w:rPr>
          <w:b/>
          <w:sz w:val="22"/>
        </w:rPr>
        <w:t>Persönliche Ziele:</w:t>
      </w:r>
    </w:p>
    <w:p>
      <w:r>
        <w:rPr>
          <w:b w:val="0"/>
          <w:sz w:val="22"/>
        </w:rPr>
        <w:t>Bitte hier Ihre kurz- und langfristigen Ziele sowie Erwartungen an die Schulzeit formulieren.</w:t>
      </w:r>
    </w:p>
    <w:p/>
    <w:p>
      <w:r>
        <w:rPr>
          <w:b w:val="0"/>
          <w:sz w:val="22"/>
        </w:rPr>
        <w:t>Ich freue mich sehr über die Möglichkeit, an Ihrer Schule lernen zu dürfen, und stehe für Rückfragen jederzeit gerne zur Verfügung.</w:t>
      </w:r>
    </w:p>
    <w:p/>
    <w:p>
      <w:r>
        <w:rPr>
          <w:b w:val="0"/>
          <w:sz w:val="22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https://bildung-experte.com/motivationsschreiben-schule/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motivationsschreiben-schule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