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LERNGUPPE STEUER – TRAININGS- UND VEREINBARUNGSFORMULAR</w:t>
      </w:r>
    </w:p>
    <w:p/>
    <w:p/>
    <w:p>
      <w:r>
        <w:rPr>
          <w:b/>
          <w:sz w:val="24"/>
        </w:rPr>
        <w:t>1. Beteiligte Personen</w:t>
      </w:r>
    </w:p>
    <w:p>
      <w:r>
        <w:rPr>
          <w:b w:val="0"/>
          <w:sz w:val="22"/>
        </w:rPr>
        <w:t>Teilnehmer/in 1:</w:t>
      </w:r>
    </w:p>
    <w:p>
      <w:r>
        <w:rPr>
          <w:b w:val="0"/>
          <w:sz w:val="22"/>
        </w:rPr>
        <w:t>Name: ________________________________________________________________</w:t>
      </w:r>
    </w:p>
    <w:p>
      <w:r>
        <w:rPr>
          <w:b w:val="0"/>
          <w:sz w:val="22"/>
        </w:rPr>
        <w:t>Adresse: ______________________________________________________________</w:t>
      </w:r>
    </w:p>
    <w:p>
      <w:r>
        <w:rPr>
          <w:b w:val="0"/>
          <w:sz w:val="22"/>
        </w:rPr>
        <w:t>Telefon/E-Mail: ________________________________________________________</w:t>
      </w:r>
    </w:p>
    <w:p/>
    <w:p>
      <w:r>
        <w:rPr>
          <w:b w:val="0"/>
          <w:sz w:val="22"/>
        </w:rPr>
        <w:t>Teilnehmer/in 2 (falls vorhanden):</w:t>
      </w:r>
    </w:p>
    <w:p>
      <w:r>
        <w:rPr>
          <w:b w:val="0"/>
          <w:sz w:val="22"/>
        </w:rPr>
        <w:t>Name: ________________________________________________________________</w:t>
      </w:r>
    </w:p>
    <w:p>
      <w:r>
        <w:rPr>
          <w:b w:val="0"/>
          <w:sz w:val="22"/>
        </w:rPr>
        <w:t>Adresse: ______________________________________________________________</w:t>
      </w:r>
    </w:p>
    <w:p>
      <w:r>
        <w:rPr>
          <w:b w:val="0"/>
          <w:sz w:val="22"/>
        </w:rPr>
        <w:t>Telefon/E-Mail: ________________________________________________________</w:t>
      </w:r>
    </w:p>
    <w:p/>
    <w:p/>
    <w:p>
      <w:r>
        <w:rPr>
          <w:b/>
          <w:sz w:val="24"/>
        </w:rPr>
        <w:t>2. Zweck und Ziel der Lerngruppe</w:t>
      </w:r>
    </w:p>
    <w:p>
      <w:r>
        <w:rPr>
          <w:b w:val="0"/>
          <w:sz w:val="22"/>
        </w:rPr>
        <w:t>Die Lerngruppe dient dem gegenseitigen Austausch und der Vertiefung steuerrechtlicher Kenntnisse im Rahmen der geltenden deutschen Steuergesetze. Ziel ist es, Verständnis zu fördern und praktische Anwendungsfälle gemeinsam zu erarbeiten.</w:t>
      </w:r>
    </w:p>
    <w:p/>
    <w:p/>
    <w:p>
      <w:r>
        <w:rPr>
          <w:b/>
          <w:sz w:val="24"/>
        </w:rPr>
        <w:t>3. Organisation und Ablauf</w:t>
      </w:r>
    </w:p>
    <w:p>
      <w:r>
        <w:rPr>
          <w:b w:val="0"/>
          <w:sz w:val="22"/>
        </w:rPr>
        <w:t>Die Lerngruppe trifft sich regelmäßig, um gemeinsam folgende Themen zu bearbeiten:</w:t>
      </w:r>
    </w:p>
    <w:p>
      <w:r>
        <w:rPr>
          <w:b w:val="0"/>
          <w:sz w:val="22"/>
        </w:rPr>
        <w:t>- Einkommensteuer</w:t>
      </w:r>
    </w:p>
    <w:p>
      <w:r>
        <w:rPr>
          <w:b w:val="0"/>
          <w:sz w:val="22"/>
        </w:rPr>
        <w:t>- Umsatzsteuer</w:t>
      </w:r>
    </w:p>
    <w:p>
      <w:r>
        <w:rPr>
          <w:b w:val="0"/>
          <w:sz w:val="22"/>
        </w:rPr>
        <w:t>- Körperschaftsteuer</w:t>
      </w:r>
    </w:p>
    <w:p>
      <w:r>
        <w:rPr>
          <w:b w:val="0"/>
          <w:sz w:val="22"/>
        </w:rPr>
        <w:t>- Abgabenordnung (AO)</w:t>
      </w:r>
    </w:p>
    <w:p>
      <w:r>
        <w:rPr>
          <w:b w:val="0"/>
          <w:sz w:val="22"/>
        </w:rPr>
        <w:t>- Steuererklärungen und Fristen</w:t>
      </w:r>
    </w:p>
    <w:p>
      <w:r>
        <w:rPr>
          <w:b w:val="0"/>
          <w:sz w:val="22"/>
        </w:rPr>
        <w:t>- Aktuelle Rechtsprechung und Gesetzesänderungen</w:t>
      </w:r>
    </w:p>
    <w:p/>
    <w:p>
      <w:r>
        <w:rPr>
          <w:b/>
          <w:sz w:val="24"/>
        </w:rPr>
        <w:t>4. Vertraulichkeit</w:t>
      </w:r>
    </w:p>
    <w:p>
      <w:r>
        <w:rPr>
          <w:b w:val="0"/>
          <w:sz w:val="22"/>
        </w:rPr>
        <w:t>Alle Teilnehmer verpflichten sich, vertrauliche Informationen, die während der Lerngruppe ausgetauscht werden, nicht an Dritte weiterzugeben.</w:t>
      </w:r>
    </w:p>
    <w:p/>
    <w:p>
      <w:r>
        <w:rPr>
          <w:b/>
          <w:sz w:val="24"/>
        </w:rPr>
        <w:t>5. Haftungsausschluss</w:t>
      </w:r>
    </w:p>
    <w:p>
      <w:r>
        <w:rPr>
          <w:b w:val="0"/>
          <w:sz w:val="22"/>
        </w:rPr>
        <w:t>Die Lerngruppe stellt keine Rechts- oder Steuerberatung dar. Für individuelle steuerliche Fragen und Entscheidungen ist eine professionelle Beratung durch einen Steuerberater oder Rechtsanwalt einzuholen. Jeder Teilnehmer ist für seine eigenen Handlungen und Entscheidungen selbst verantwortlich.</w:t>
      </w:r>
    </w:p>
    <w:p/>
    <w:p>
      <w:r>
        <w:rPr>
          <w:b/>
          <w:sz w:val="24"/>
        </w:rPr>
        <w:t>6. Dauer und Beendigung</w:t>
      </w:r>
    </w:p>
    <w:p>
      <w:r>
        <w:rPr>
          <w:b w:val="0"/>
          <w:sz w:val="22"/>
        </w:rPr>
        <w:t>Die Lerngruppe findet bis auf Widerruf statt. Jeder Teilnehmer kann die Teilnahme jederzeit beenden, indem er dies den anderen Teilnehmern mitteilt.</w:t>
      </w:r>
    </w:p>
    <w:p/>
    <w:p/>
    <w:p>
      <w:r>
        <w:rPr>
          <w:b/>
          <w:sz w:val="24"/>
        </w:rPr>
        <w:t>7. Unterschriften</w:t>
      </w:r>
    </w:p>
    <w:p>
      <w:r>
        <w:rPr>
          <w:b w:val="0"/>
          <w:sz w:val="22"/>
        </w:rPr>
        <w:t>Die Teilnehmer bestätigen mit ihrer Unterschrift, dass sie die Bedingungen der Lerngruppe lesen, verstanden haben und akzeptieren.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Teilnehmer/in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Teilnehmer/in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Datum: 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https://bildung-experte.com/lerngruppe-steuer/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lerngruppe-steuer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