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KÜNDIGUNG DES SCHULVERTRAGS</w:t>
      </w:r>
    </w:p>
    <w:p/>
    <w:p/>
    <w:p>
      <w:pPr>
        <w:jc w:val="right"/>
      </w:pPr>
      <w:r>
        <w:rPr>
          <w:sz w:val="22"/>
        </w:rPr>
        <w:t>Name der Schule</w:t>
        <w:br/>
        <w:t>Straße und Hausnummer</w:t>
        <w:br/>
        <w:t>PLZ Ort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Kündigung des Schulvertrags für das Kind</w:t>
      </w:r>
    </w:p>
    <w:p/>
    <w:p>
      <w:r>
        <w:rPr>
          <w:b/>
          <w:sz w:val="22"/>
        </w:rPr>
        <w:t>Name des Kindes: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 w:val="0"/>
          <w:sz w:val="22"/>
        </w:rPr>
        <w:t>Geburtsdatum des Kindes:</w:t>
      </w:r>
    </w:p>
    <w:p>
      <w:r>
        <w:rPr>
          <w:b w:val="0"/>
          <w:sz w:val="22"/>
        </w:rPr>
        <w:t>____________________________________________________________________</w:t>
      </w:r>
    </w:p>
    <w:p/>
    <w:p>
      <w:r>
        <w:rPr>
          <w:b/>
          <w:sz w:val="22"/>
        </w:rPr>
        <w:t>Name der Erziehungsberechtigten / Eltern: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____________________________________________________________________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kündige ich den Schulvertrag für mein Kind fristgerecht und ordentlich zum nächstmöglichen Zeitpunkt.</w:t>
      </w:r>
    </w:p>
    <w:p/>
    <w:p>
      <w:r>
        <w:rPr>
          <w:b w:val="0"/>
          <w:sz w:val="22"/>
        </w:rPr>
        <w:t>Bitte bestätigen Sie mir schriftlich den Erhalt dieser Kündigung sowie das Vertragsende.</w:t>
      </w:r>
    </w:p>
    <w:p/>
    <w:p/>
    <w:p>
      <w:r>
        <w:rPr>
          <w:b/>
          <w:sz w:val="22"/>
        </w:rPr>
        <w:t>Rechtlicher Hinweis:</w:t>
      </w:r>
    </w:p>
    <w:p>
      <w:r>
        <w:rPr>
          <w:b w:val="0"/>
          <w:sz w:val="22"/>
        </w:rPr>
        <w:t>Diese Kündigung erfolgt gemäß den vertraglichen Vereinbarungen sowie den gesetzlichen Vorgaben in Deutschland. Sollten weitere Angaben oder Unterlagen benötigt werden, stehe ich gerne zur Verfügung.</w:t>
      </w:r>
    </w:p>
    <w:p/>
    <w:p/>
    <w:p>
      <w:r>
        <w:rPr>
          <w:b/>
          <w:sz w:val="22"/>
        </w:rPr>
        <w:t>Ort:</w:t>
      </w:r>
    </w:p>
    <w:p>
      <w:r>
        <w:rPr>
          <w:b w:val="0"/>
          <w:sz w:val="22"/>
        </w:rPr>
        <w:t>____________________________________________________________</w:t>
      </w:r>
    </w:p>
    <w:p>
      <w:r>
        <w:rPr>
          <w:b w:val="0"/>
          <w:sz w:val="22"/>
        </w:rPr>
        <w:t>Datum:</w:t>
      </w:r>
    </w:p>
    <w:p>
      <w:r>
        <w:rPr>
          <w:b w:val="0"/>
          <w:sz w:val="22"/>
        </w:rPr>
        <w:t>____________________________________________________________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Erziehungsberechtigte/r: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https://bildung-experte.com/kundigung-schulvertrag/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kundigung-schulvertrag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