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KÜNDIGUNG DES GITARRENUNTERRICHTS</w:t>
      </w:r>
    </w:p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2"/>
        </w:rPr>
        <w:t>Empfänger (Gitarrenlehrer / Musikschule):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des Gitarrenunterrichts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den bestehenden Vertrag über Gitarrenunterricht mit sofortiger Wirkung / unter Einhaltung der vertraglich vereinbarten Kündigungsfrist von _______.</w:t>
      </w:r>
    </w:p>
    <w:p/>
    <w:p>
      <w:r>
        <w:rPr>
          <w:b w:val="0"/>
          <w:sz w:val="22"/>
        </w:rPr>
        <w:t>Bitte bestätigen Sie mir schriftlich den Erhalt dieser Kündigung sowie das Vertragsende.</w:t>
      </w:r>
    </w:p>
    <w:p/>
    <w:p>
      <w:r>
        <w:rPr>
          <w:b w:val="0"/>
          <w:sz w:val="22"/>
        </w:rPr>
        <w:t>Grund der Kündigung (optional):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Ich werde alle geliehenen Materialien und Unterrichtsmaterialien bis zum Vertragsende zurückgeben.</w:t>
      </w:r>
    </w:p>
    <w:p/>
    <w:p>
      <w:r>
        <w:rPr>
          <w:b w:val="0"/>
          <w:sz w:val="22"/>
        </w:rPr>
        <w:t>Ich danke Ihnen für die bisherige Zusammenarbeit und wünsche Ihnen weiterhin viel Erfolg.</w:t>
      </w:r>
    </w:p>
    <w:p/>
    <w:p>
      <w:r>
        <w:rPr>
          <w:b w:val="0"/>
          <w:sz w:val="22"/>
        </w:rPr>
        <w:t>Mit freundlichen Grüßen,</w:t>
      </w:r>
    </w:p>
    <w:p/>
    <w:p/>
    <w:p/>
    <w:p>
      <w:r>
        <w:rPr>
          <w:b w:val="0"/>
          <w:sz w:val="22"/>
        </w:rPr>
        <w:t>_____________________________</w:t>
      </w:r>
    </w:p>
    <w:p>
      <w:r>
        <w:rPr>
          <w:b w:val="0"/>
          <w:sz w:val="22"/>
        </w:rPr>
        <w:t>Unterschrift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 (Kündigender)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(Lehrer/Musikschule)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https://bildung-experte.com/kundigung-gitarrenunterricht/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kundigung-gitarrenunterricht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