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KÜNDIGUNG DES FERNSTUDIUMS</w:t>
      </w:r>
    </w:p>
    <w:p/>
    <w:p/>
    <w:p>
      <w:r>
        <w:rPr>
          <w:b w:val="0"/>
          <w:sz w:val="22"/>
        </w:rPr>
        <w:t>An:</w:t>
      </w:r>
    </w:p>
    <w:p>
      <w:r>
        <w:rPr>
          <w:b w:val="0"/>
          <w:sz w:val="22"/>
        </w:rPr>
        <w:t>Name der Fernschule / Bildungseinrichtung</w:t>
      </w:r>
    </w:p>
    <w:p>
      <w:r>
        <w:rPr>
          <w:b w:val="0"/>
          <w:sz w:val="22"/>
        </w:rPr>
        <w:t>Straße und Hausnummer</w:t>
      </w:r>
    </w:p>
    <w:p>
      <w:r>
        <w:rPr>
          <w:b w:val="0"/>
          <w:sz w:val="22"/>
        </w:rPr>
        <w:t>PLZ und Ort</w:t>
      </w:r>
    </w:p>
    <w:p/>
    <w:p/>
    <w:p>
      <w:r>
        <w:rPr>
          <w:b w:val="0"/>
          <w:sz w:val="22"/>
        </w:rPr>
        <w:t>Von:</w:t>
      </w:r>
    </w:p>
    <w:p>
      <w:r>
        <w:rPr>
          <w:b w:val="0"/>
          <w:sz w:val="22"/>
        </w:rPr>
        <w:t>Name des Studierenden</w:t>
      </w:r>
    </w:p>
    <w:p>
      <w:r>
        <w:rPr>
          <w:b w:val="0"/>
          <w:sz w:val="22"/>
        </w:rPr>
        <w:t>Straße und Hausnummer</w:t>
      </w:r>
    </w:p>
    <w:p>
      <w:r>
        <w:rPr>
          <w:b w:val="0"/>
          <w:sz w:val="22"/>
        </w:rPr>
        <w:t>PLZ und Ort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Kündigung meines Fernstudiums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kündige ich meinen Fernstudienvertrag bei Ihnen ordentlich und fristgerecht zum nächstmöglichen Zeitpunkt. Bitte bestätigen Sie mir den Erhalt dieser Kündigung sowie das Datum der Beendigung des Vertrags schriftlich.</w:t>
      </w:r>
    </w:p>
    <w:p/>
    <w:p>
      <w:r>
        <w:rPr>
          <w:b w:val="0"/>
          <w:sz w:val="22"/>
        </w:rPr>
        <w:t>Ich bitte außerdem um eine schriftliche Bestätigung, dass keine weiteren Zahlungsverpflichtungen mehr bestehen und um die Übersendung eines Nachweises über den bisherigen Leistungsstand bzw. absolvierte Module.</w:t>
      </w:r>
    </w:p>
    <w:p/>
    <w:p>
      <w:r>
        <w:rPr>
          <w:b w:val="0"/>
          <w:sz w:val="22"/>
        </w:rPr>
        <w:t>Vielen Dank für die bisherige Betreuung.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p>
      <w:r>
        <w:rPr>
          <w:b w:val="0"/>
          <w:sz w:val="22"/>
        </w:rPr>
        <w:t>______________________________</w:t>
      </w:r>
    </w:p>
    <w:p>
      <w:r>
        <w:rPr>
          <w:b w:val="0"/>
          <w:sz w:val="22"/>
        </w:rPr>
        <w:t>Unterschrift</w:t>
      </w:r>
    </w:p>
    <w:p/>
    <w:p/>
    <w:p>
      <w:r>
        <w:rPr>
          <w:b w:val="0"/>
          <w:sz w:val="22"/>
        </w:rPr>
        <w:t>Ort: ________________________________</w:t>
      </w:r>
    </w:p>
    <w:p>
      <w:r>
        <w:rPr>
          <w:b w:val="0"/>
          <w:sz w:val="22"/>
        </w:rPr>
        <w:t>Datum: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Studierender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https://bildung-experte.com/kundigung-fernstudium/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kundigung-fernstudium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