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KONZEPTSCHREIBEN</w:t>
      </w:r>
    </w:p>
    <w:p/>
    <w:p/>
    <w:p>
      <w:r>
        <w:rPr>
          <w:b/>
          <w:sz w:val="22"/>
        </w:rPr>
        <w:t>1. Absender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2"/>
        </w:rPr>
        <w:t>2. Empfänger</w:t>
      </w:r>
    </w:p>
    <w:p>
      <w:r>
        <w:rPr>
          <w:b w:val="0"/>
          <w:sz w:val="22"/>
        </w:rPr>
        <w:t>Name/Firma:</w:t>
      </w:r>
    </w:p>
    <w:p>
      <w:r>
        <w:rPr>
          <w:b w:val="0"/>
          <w:sz w:val="22"/>
        </w:rPr>
        <w:t>Adresse:</w:t>
      </w:r>
    </w:p>
    <w:p/>
    <w:p>
      <w:r>
        <w:rPr>
          <w:b/>
          <w:sz w:val="22"/>
        </w:rPr>
        <w:t>3. Betreff</w:t>
      </w:r>
    </w:p>
    <w:p>
      <w:r>
        <w:rPr>
          <w:b w:val="0"/>
          <w:sz w:val="22"/>
        </w:rPr>
      </w:r>
    </w:p>
    <w:p/>
    <w:p>
      <w:r>
        <w:rPr>
          <w:b/>
          <w:sz w:val="22"/>
        </w:rPr>
        <w:t>4. Einleitung</w:t>
      </w:r>
    </w:p>
    <w:p>
      <w:r>
        <w:rPr>
          <w:b w:val="0"/>
          <w:sz w:val="22"/>
        </w:rPr>
        <w:t>Sehr geehrte Damen und Herren,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hiermit unterbreite ich Ihnen das folgende Konzept in Bezug auf [Thema einfügen].</w:t>
      </w:r>
    </w:p>
    <w:p/>
    <w:p>
      <w:r>
        <w:rPr>
          <w:b/>
          <w:sz w:val="22"/>
        </w:rPr>
        <w:t>5. Zielsetzung</w:t>
      </w:r>
    </w:p>
    <w:p>
      <w:r>
        <w:rPr>
          <w:b w:val="0"/>
          <w:sz w:val="22"/>
        </w:rPr>
        <w:t>Das Ziel dieses Konzeptes ist es, [Zielsetzung beschreiben].</w:t>
      </w:r>
    </w:p>
    <w:p/>
    <w:p>
      <w:r>
        <w:rPr>
          <w:b/>
          <w:sz w:val="22"/>
        </w:rPr>
        <w:t>6. Ausgangslage</w:t>
      </w:r>
    </w:p>
    <w:p>
      <w:r>
        <w:rPr>
          <w:b w:val="0"/>
          <w:sz w:val="22"/>
        </w:rPr>
        <w:t>[Hier die aktuelle Situation oder Problemstellung darstellen.]</w:t>
      </w:r>
    </w:p>
    <w:p/>
    <w:p>
      <w:r>
        <w:rPr>
          <w:b/>
          <w:sz w:val="22"/>
        </w:rPr>
        <w:t>7. Vorgehensweise und Maßnahmen</w:t>
      </w:r>
    </w:p>
    <w:p>
      <w:r>
        <w:rPr>
          <w:b w:val="0"/>
          <w:sz w:val="22"/>
        </w:rPr>
        <w:t>[Detaillierte Beschreibung der geplanten Schritte und Maßnahmen.]</w:t>
      </w:r>
    </w:p>
    <w:p/>
    <w:p>
      <w:r>
        <w:rPr>
          <w:b/>
          <w:sz w:val="22"/>
        </w:rPr>
        <w:t>8. Zeitplan</w:t>
      </w:r>
    </w:p>
    <w:p>
      <w:r>
        <w:rPr>
          <w:b w:val="0"/>
          <w:sz w:val="22"/>
        </w:rPr>
        <w:t>[Angabe der zeitlichen Planung für die Umsetzung.]</w:t>
      </w:r>
    </w:p>
    <w:p/>
    <w:p>
      <w:r>
        <w:rPr>
          <w:b/>
          <w:sz w:val="22"/>
        </w:rPr>
        <w:t>9. Ressourcen und Kosten</w:t>
      </w:r>
    </w:p>
    <w:p>
      <w:r>
        <w:rPr>
          <w:b w:val="0"/>
          <w:sz w:val="22"/>
        </w:rPr>
        <w:t>[Auflistung benötigter Ressourcen und geschätzter Kosten.]</w:t>
      </w:r>
    </w:p>
    <w:p/>
    <w:p>
      <w:r>
        <w:rPr>
          <w:b/>
          <w:sz w:val="22"/>
        </w:rPr>
        <w:t>10. Erwartete Ergebnisse</w:t>
      </w:r>
    </w:p>
    <w:p>
      <w:r>
        <w:rPr>
          <w:b w:val="0"/>
          <w:sz w:val="22"/>
        </w:rPr>
        <w:t>[Beschreibung der erwarteten Resultate und Nutzen.]</w:t>
      </w:r>
    </w:p>
    <w:p/>
    <w:p>
      <w:r>
        <w:rPr>
          <w:b/>
          <w:sz w:val="22"/>
        </w:rPr>
        <w:t>11. Schlusswort</w:t>
      </w:r>
    </w:p>
    <w:p>
      <w:r>
        <w:rPr>
          <w:b w:val="0"/>
          <w:sz w:val="22"/>
        </w:rPr>
        <w:t>Für Rückfragen stehe ich Ihnen jederzeit gerne zur Verfügung.</w:t>
      </w:r>
    </w:p>
    <w:p>
      <w:r>
        <w:rPr>
          <w:b w:val="0"/>
          <w:sz w:val="22"/>
        </w:rPr>
        <w:t>Ich freue mich auf Ihre Rückmeldung und eine erfolgreiche Zusammenarbeit.</w:t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Ort, 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https://bildung-experte.com/konzept-schreiben-beispiel/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konzept-schreiben-beispiel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