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HÄRTEFALLANTRAG AUSZUBILDUNG</w:t>
      </w:r>
    </w:p>
    <w:p/>
    <w:p/>
    <w:p>
      <w:r>
        <w:rPr>
          <w:b/>
          <w:sz w:val="24"/>
        </w:rPr>
        <w:t>Persönliche Angaben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Angaben zur Ausbildung</w:t>
      </w:r>
    </w:p>
    <w:p>
      <w:r>
        <w:rPr>
          <w:b w:val="0"/>
          <w:sz w:val="22"/>
        </w:rPr>
        <w:t>Bezeichnung des Ausbildungsberufs:</w:t>
      </w:r>
    </w:p>
    <w:p>
      <w:r>
        <w:rPr>
          <w:b w:val="0"/>
          <w:sz w:val="22"/>
        </w:rPr>
        <w:t>Ausbildungsbetrieb:</w:t>
      </w:r>
    </w:p>
    <w:p>
      <w:r>
        <w:rPr>
          <w:b w:val="0"/>
          <w:sz w:val="22"/>
        </w:rPr>
        <w:t>Anschrift des Ausbildungsbetriebs:</w:t>
      </w:r>
    </w:p>
    <w:p>
      <w:r>
        <w:rPr>
          <w:b w:val="0"/>
          <w:sz w:val="22"/>
        </w:rPr>
        <w:t>Ausbildungsbeginn:</w:t>
      </w:r>
    </w:p>
    <w:p>
      <w:r>
        <w:rPr>
          <w:b w:val="0"/>
          <w:sz w:val="22"/>
        </w:rPr>
        <w:t>Voraussichtliches Ausbildungsende:</w:t>
      </w:r>
    </w:p>
    <w:p/>
    <w:p>
      <w:r>
        <w:rPr>
          <w:b/>
          <w:sz w:val="24"/>
        </w:rPr>
        <w:t>Antrag auf Gewährung von Härtefallregelungen im Rahmen der Ausbildung</w:t>
      </w:r>
    </w:p>
    <w:p>
      <w:r>
        <w:rPr>
          <w:b w:val="0"/>
          <w:sz w:val="22"/>
        </w:rPr>
        <w:t>Hiermit beantrage ich, aufgrund besonderer persönlicher, familiärer oder sozialer Umstände, die Gewährung von Härtefallregelungen gemäß den geltenden Bestimmungen und Richtlinien.</w:t>
      </w:r>
    </w:p>
    <w:p/>
    <w:p>
      <w:r>
        <w:rPr>
          <w:b/>
          <w:sz w:val="24"/>
        </w:rPr>
        <w:t>Begründung</w:t>
      </w:r>
    </w:p>
    <w:p>
      <w:r>
        <w:rPr>
          <w:b w:val="0"/>
          <w:sz w:val="22"/>
        </w:rPr>
        <w:t>Bitte beschreiben Sie ausführlich die besonderen Umstände, die zur Stellung dieses Härtefallantrags führen. Diese können z.B. gesundheitliche Einschränkungen, besondere familiäre Belastungen, finanzielle Notlagen oder andere relevante Gründe sein.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Erforderliche Unterlagen (bitte beifügen)</w:t>
      </w:r>
    </w:p>
    <w:p>
      <w:r>
        <w:rPr>
          <w:b w:val="0"/>
          <w:sz w:val="22"/>
        </w:rPr>
        <w:t>- Ausbildungsnachweis / Vertrag</w:t>
      </w:r>
    </w:p>
    <w:p>
      <w:r>
        <w:rPr>
          <w:b w:val="0"/>
          <w:sz w:val="22"/>
        </w:rPr>
        <w:t>- Nachweise zu den besonderen Umständen (ärztliche Atteste, Bescheinigungen etc.)</w:t>
      </w:r>
    </w:p>
    <w:p>
      <w:r>
        <w:rPr>
          <w:b w:val="0"/>
          <w:sz w:val="22"/>
        </w:rPr>
        <w:t>- Sonstige relevante Dokumente</w:t>
      </w:r>
    </w:p>
    <w:p/>
    <w:p>
      <w:r>
        <w:rPr>
          <w:b/>
          <w:sz w:val="24"/>
        </w:rPr>
        <w:t>Rechtlicher Hinweis</w:t>
      </w:r>
    </w:p>
    <w:p>
      <w:r>
        <w:rPr>
          <w:b w:val="0"/>
          <w:sz w:val="22"/>
        </w:rPr>
        <w:t>Mit meiner Unterschrift bestätige ich die Richtigkeit und Vollständigkeit meiner Angaben. Mir ist bekannt, dass falsche Angaben rechtliche Konsequenzen nach sich ziehen können.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Unterschrift Antragsteller/in: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Bearbeitet von (Sachbearbeiter):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Genehmigt von (Leitung):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https://bildung-experte.com/hartefallantrag-ausbildung/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hartefallantrag-ausbildun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