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Aufnahme in die Realschule</w:t>
      </w:r>
    </w:p>
    <w:p/>
    <w:p/>
    <w:p>
      <w:r>
        <w:rPr>
          <w:b/>
          <w:sz w:val="22"/>
        </w:rPr>
        <w:t>An:</w:t>
      </w:r>
    </w:p>
    <w:p>
      <w:r>
        <w:rPr>
          <w:b w:val="0"/>
          <w:sz w:val="22"/>
        </w:rPr>
        <w:t>Schulleitung der Realschule</w:t>
      </w:r>
    </w:p>
    <w:p>
      <w:r>
        <w:rPr>
          <w:b w:val="0"/>
          <w:sz w:val="22"/>
        </w:rPr>
        <w:t>Straße und Hausnummer</w:t>
      </w:r>
    </w:p>
    <w:p>
      <w:r>
        <w:rPr>
          <w:b w:val="0"/>
          <w:sz w:val="22"/>
        </w:rPr>
        <w:t>PLZ Ort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 des Erziehungsberechtigten: ______________________________________________</w:t>
      </w:r>
    </w:p>
    <w:p>
      <w:r>
        <w:rPr>
          <w:b w:val="0"/>
          <w:sz w:val="22"/>
        </w:rPr>
        <w:t>Anschrift: _____________________________________________________________________</w:t>
      </w:r>
    </w:p>
    <w:p>
      <w:r>
        <w:rPr>
          <w:b w:val="0"/>
          <w:sz w:val="22"/>
        </w:rPr>
        <w:t>Telefonnummer: _________________________________________________________________</w:t>
      </w:r>
    </w:p>
    <w:p>
      <w:r>
        <w:rPr>
          <w:b w:val="0"/>
          <w:sz w:val="22"/>
        </w:rPr>
        <w:t>E-Mail-Adresse: _________________________________________________________________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/>
          <w:sz w:val="22"/>
        </w:rPr>
        <w:t>Formloser Antrag auf Aufnahme meines Kindes in die Realschule</w:t>
      </w:r>
    </w:p>
    <w:p/>
    <w:p/>
    <w:p>
      <w:r>
        <w:rPr>
          <w:b/>
          <w:sz w:val="22"/>
        </w:rPr>
        <w:t>Angaben zum Kind:</w:t>
      </w:r>
    </w:p>
    <w:p>
      <w:r>
        <w:rPr>
          <w:b w:val="0"/>
          <w:sz w:val="22"/>
        </w:rPr>
        <w:t>Name, Vorname: ________________________________________________________________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_________________________________________________________________</w:t>
      </w:r>
    </w:p>
    <w:p>
      <w:r>
        <w:rPr>
          <w:b w:val="0"/>
          <w:sz w:val="22"/>
        </w:rPr>
        <w:t>Derzeitige Schule: ______________________________________________________________</w:t>
      </w:r>
    </w:p>
    <w:p>
      <w:r>
        <w:rPr>
          <w:b w:val="0"/>
          <w:sz w:val="22"/>
        </w:rPr>
        <w:t>Derzeitig besuchte Klasse: _____________________________________________________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Aufnahme meines Kindes in die Realschule ab dem Schuljahr _______________. Mein Kind besucht derzeit die Hauptschule und erfüllt die Voraussetzungen für den Wechsel in die Realschule.</w:t>
      </w:r>
    </w:p>
    <w:p/>
    <w:p>
      <w:r>
        <w:rPr>
          <w:b w:val="0"/>
          <w:sz w:val="22"/>
        </w:rPr>
        <w:t>Ich bitte Sie, meinem Antrag stattzugeben und bedanke mich im Voraus für Ihre Unterstützung.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Erziehungsberechtigter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https://bildung-experte.com/formloser-antrag-von-hauptschule-auf-realschule/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formloser-antrag-von-hauptschule-auf-realschule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