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 auf Verschiebung des Leistungsnachweises nach § 48 Abs. 3 BAföG</w:t>
      </w:r>
    </w:p>
    <w:p/>
    <w:p/>
    <w:p>
      <w:r>
        <w:rPr>
          <w:b/>
          <w:sz w:val="20"/>
        </w:rPr>
        <w:t>An das zuständige Amt für Ausbildungsförderung</w:t>
      </w:r>
    </w:p>
    <w:p>
      <w:r>
        <w:rPr>
          <w:b w:val="0"/>
          <w:sz w:val="20"/>
        </w:rPr>
        <w:t>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Antrag auf Verschiebung des Leistungsnachweises für die Förderung nach dem Bundesausbildungsförderungsgesetz (BAföG)</w:t>
      </w:r>
    </w:p>
    <w:p/>
    <w:p/>
    <w:p>
      <w:r>
        <w:rPr>
          <w:b/>
          <w:sz w:val="20"/>
        </w:rPr>
        <w:t>Name und Vorname: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Geburtsdatum: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Anschrift: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BAföG-Aktenzeichen / Kundennummer (falls vorhanden):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Verschiebung des für mich vorgesehenen Leistungsnachweises gemäß § 48 Abs. 3 BAföG. Aufgrund besonderer Umstände ist es mir nicht möglich, den Leistungsnachweis zum vorgesehenen Zeitpunkt zu erbringen.</w:t>
      </w:r>
    </w:p>
    <w:p/>
    <w:p>
      <w:r>
        <w:rPr>
          <w:b w:val="0"/>
          <w:sz w:val="20"/>
        </w:rPr>
        <w:t>Ich bitte Sie deshalb, mir eine angemessene Fristverlängerung zu gewähren, um den Nachweis zu einem späteren Zeitpunkt nachholen zu können.</w:t>
      </w:r>
    </w:p>
    <w:p/>
    <w:p>
      <w:r>
        <w:rPr>
          <w:b w:val="0"/>
          <w:sz w:val="20"/>
        </w:rPr>
        <w:t>Die Verschiebung des Leistungsnachweises ist für mich notwendig, weil: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Ich versichere, dass alle gemachten Angaben wahrheitsgemäß und vollständig sind.</w:t>
      </w:r>
    </w:p>
    <w:p/>
    <w:p/>
    <w:p>
      <w:r>
        <w:rPr>
          <w:b w:val="0"/>
          <w:sz w:val="20"/>
        </w:rPr>
        <w:t>Für Ihre Unterstützung bedanke ich mich im Voraus.</w:t>
      </w:r>
    </w:p>
    <w:p/>
    <w:p/>
    <w:p>
      <w:r>
        <w:rPr>
          <w:b w:val="0"/>
          <w:sz w:val="20"/>
        </w:rPr>
        <w:t>Ort: __________________________________________________________</w:t>
      </w:r>
    </w:p>
    <w:p>
      <w:r>
        <w:rPr>
          <w:b w:val="0"/>
          <w:sz w:val="20"/>
        </w:rPr>
        <w:t>Datum: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Antragsteller/in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https://bildung-experte.com/formloser-antrag-verschiebung-leistungsnachweis-bafog/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verschiebung-leistungsnachweis-bafo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