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Formloser Antrag auf Schulwechsel</w:t>
      </w:r>
    </w:p>
    <w:p/>
    <w:p/>
    <w:p>
      <w:r>
        <w:rPr>
          <w:b/>
          <w:sz w:val="22"/>
        </w:rPr>
        <w:t>Antragsteller / Erziehungsberechtigte:</w:t>
      </w:r>
    </w:p>
    <w:p>
      <w:r>
        <w:rPr>
          <w:b w:val="0"/>
          <w:sz w:val="22"/>
        </w:rPr>
        <w:t>Name: _____________________________________________________________</w:t>
      </w:r>
    </w:p>
    <w:p>
      <w:r>
        <w:rPr>
          <w:b w:val="0"/>
          <w:sz w:val="22"/>
        </w:rPr>
        <w:t>Anschrift: ________________________________________________________</w:t>
      </w:r>
    </w:p>
    <w:p>
      <w:r>
        <w:rPr>
          <w:b w:val="0"/>
          <w:sz w:val="22"/>
        </w:rPr>
        <w:t>Telefon: ___________________________________________________________</w:t>
      </w:r>
    </w:p>
    <w:p>
      <w:r>
        <w:rPr>
          <w:b w:val="0"/>
          <w:sz w:val="22"/>
        </w:rPr>
        <w:t>E-Mail: ___________________________________________________________</w:t>
      </w:r>
    </w:p>
    <w:p/>
    <w:p>
      <w:r>
        <w:rPr>
          <w:b/>
          <w:sz w:val="22"/>
        </w:rPr>
        <w:t>Schüler/in:</w:t>
      </w:r>
    </w:p>
    <w:p>
      <w:r>
        <w:rPr>
          <w:b w:val="0"/>
          <w:sz w:val="22"/>
        </w:rPr>
        <w:t>Name, Vorname: ____________________________________________________</w:t>
      </w:r>
    </w:p>
    <w:p>
      <w:r>
        <w:rPr>
          <w:b w:val="0"/>
          <w:sz w:val="22"/>
        </w:rPr>
        <w:t>Geburtsdatum: ______________________________________________________</w:t>
      </w:r>
    </w:p>
    <w:p>
      <w:r>
        <w:rPr>
          <w:b w:val="0"/>
          <w:sz w:val="22"/>
        </w:rPr>
        <w:t>Aktuelle Schule: _________________________________________________</w:t>
      </w:r>
    </w:p>
    <w:p>
      <w:r>
        <w:rPr>
          <w:b w:val="0"/>
          <w:sz w:val="22"/>
        </w:rPr>
        <w:t>Klasse / Jahrgangsstufe: ___________________________________________</w:t>
      </w:r>
    </w:p>
    <w:p/>
    <w:p>
      <w:r>
        <w:rPr>
          <w:b/>
          <w:sz w:val="22"/>
        </w:rPr>
        <w:t>Gewünschte neue Schule:</w:t>
      </w:r>
    </w:p>
    <w:p>
      <w:r>
        <w:rPr>
          <w:b w:val="0"/>
          <w:sz w:val="22"/>
        </w:rPr>
        <w:t>Schulname: _________________________________________________________</w:t>
      </w:r>
    </w:p>
    <w:p>
      <w:r>
        <w:rPr>
          <w:b w:val="0"/>
          <w:sz w:val="22"/>
        </w:rPr>
        <w:t>Ort: _______________________________________________________________</w:t>
      </w:r>
    </w:p>
    <w:p/>
    <w:p>
      <w:r>
        <w:rPr>
          <w:b/>
          <w:sz w:val="22"/>
        </w:rPr>
        <w:t>Begründung des Schulwechsels:</w:t>
      </w:r>
    </w:p>
    <w:p>
      <w:r>
        <w:rPr>
          <w:b w:val="0"/>
          <w:sz w:val="22"/>
        </w:rPr>
        <w:t>___________________________________________________________________</w:t>
      </w:r>
    </w:p>
    <w:p>
      <w:r>
        <w:rPr>
          <w:b w:val="0"/>
          <w:sz w:val="22"/>
        </w:rPr>
        <w:t>___________________________________________________________________</w:t>
      </w:r>
    </w:p>
    <w:p>
      <w:r>
        <w:rPr>
          <w:b w:val="0"/>
          <w:sz w:val="22"/>
        </w:rPr>
        <w:t>___________________________________________________________________</w:t>
      </w:r>
    </w:p>
    <w:p>
      <w:r>
        <w:rPr>
          <w:b w:val="0"/>
          <w:sz w:val="22"/>
        </w:rPr>
        <w:t>___________________________________________________________________</w:t>
      </w:r>
    </w:p>
    <w:p>
      <w:r>
        <w:rPr>
          <w:b w:val="0"/>
          <w:sz w:val="22"/>
        </w:rPr>
        <w:t>___________________________________________________________________</w:t>
      </w:r>
    </w:p>
    <w:p/>
    <w:p>
      <w:r>
        <w:rPr>
          <w:b w:val="0"/>
          <w:sz w:val="22"/>
        </w:rPr>
        <w:t>Hiermit beantrage ich den Wechsel des oben genannten Kindes/Schülers an die gewünschte Schule. Mir ist bekannt, dass der Schulwechsel gemäß den gesetzlichen Bestimmungen (§ 51 Schulgesetz des jeweiligen Bundeslandes) vom Schulamt bzw. der zuständigen Schulbehörde genehmigt werden muss. Ich versichere, dass alle Angaben vollständig und wahrheitsgemäß sind.</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Ort:</w:t>
            </w:r>
          </w:p>
        </w:tc>
        <w:tc>
          <w:tcPr>
            <w:tcW w:type="dxa" w:w="4986"/>
            <w:tcBorders>
              <w:top w:val="nil"/>
              <w:left w:val="nil"/>
              <w:bottom w:val="nil"/>
              <w:right w:val="nil"/>
              <w:insideH w:val="nil"/>
              <w:insideV w:val="nil"/>
            </w:tcBorders>
          </w:tcPr>
          <w:p>
            <w:pPr>
              <w:jc w:val="center"/>
            </w:pPr>
            <w:r>
              <w:t>Datum:</w:t>
            </w:r>
          </w:p>
        </w:tc>
      </w:tr>
      <w:tr>
        <w:tc>
          <w:tcPr>
            <w:tcW w:type="dxa" w:w="4986"/>
            <w:tcBorders>
              <w:top w:val="nil"/>
              <w:left w:val="nil"/>
              <w:bottom w:val="nil"/>
              <w:right w:val="nil"/>
              <w:insideH w:val="nil"/>
              <w:insideV w:val="nil"/>
            </w:tcBorders>
          </w:tcPr>
          <w:p>
            <w:pPr>
              <w:jc w:val="center"/>
            </w:pPr>
            <w:r>
              <w:t>______________________________</w:t>
            </w:r>
          </w:p>
        </w:tc>
        <w:tc>
          <w:tcPr>
            <w:tcW w:type="dxa" w:w="4986"/>
            <w:tcBorders>
              <w:top w:val="nil"/>
              <w:left w:val="nil"/>
              <w:bottom w:val="nil"/>
              <w:right w:val="nil"/>
              <w:insideH w:val="nil"/>
              <w:insideV w:val="nil"/>
            </w:tcBorders>
          </w:tcPr>
          <w:p>
            <w:pPr>
              <w:jc w:val="center"/>
            </w:pPr>
            <w:r>
              <w:t>______________________________</w:t>
            </w:r>
          </w:p>
        </w:tc>
      </w:tr>
      <w:tr>
        <w:tc>
          <w:tcPr>
            <w:tcW w:type="dxa" w:w="4986"/>
            <w:tcBorders>
              <w:top w:val="nil"/>
              <w:left w:val="nil"/>
              <w:bottom w:val="nil"/>
              <w:right w:val="nil"/>
              <w:insideH w:val="nil"/>
              <w:insideV w:val="nil"/>
            </w:tcBorders>
          </w:tcPr>
          <w:p>
            <w:pPr>
              <w:jc w:val="center"/>
            </w:pPr>
            <w:r>
              <w:t>Unterschrift Erziehungsberechtigte/r</w:t>
            </w:r>
          </w:p>
        </w:tc>
        <w:tc>
          <w:tcPr>
            <w:tcW w:type="dxa" w:w="4986"/>
            <w:tcBorders>
              <w:top w:val="nil"/>
              <w:left w:val="nil"/>
              <w:bottom w:val="nil"/>
              <w:right w:val="nil"/>
              <w:insideH w:val="nil"/>
              <w:insideV w:val="nil"/>
            </w:tcBorders>
          </w:tcPr>
          <w:p>
            <w:pPr>
              <w:jc w:val="center"/>
            </w:pPr>
            <w:r>
              <w:t>Unterschrift Schüler/in (wenn möglich)</w:t>
            </w:r>
          </w:p>
        </w:tc>
      </w:tr>
    </w:tbl>
    <w:p>
      <w:r>
        <w:br w:type="page"/>
      </w:r>
    </w:p>
    <w:p>
      <w:pPr>
        <w:jc w:val="center"/>
      </w:pPr>
      <w:r>
        <w:rPr>
          <w:color w:val="555555"/>
          <w:sz w:val="24"/>
        </w:rPr>
        <w:t>Originalquelle dieses Dokuments:</w:t>
      </w:r>
    </w:p>
    <w:p>
      <w:pPr>
        <w:jc w:val="center"/>
      </w:pPr>
      <w:hyperlink r:id="rId9">
        <w:r>
          <w:rPr>
            <w:color w:val="0000FF"/>
            <w:u w:val="single"/>
          </w:rPr>
          <w:t>https://bildung-experte.com/formloser-antrag-schulwechsel/</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https://bildung-experte.com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bildung-experte.com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ildung-experte.com/formloser-antrag-schulwechsel/" TargetMode="External"/><Relationship Id="rId10" Type="http://schemas.openxmlformats.org/officeDocument/2006/relationships/hyperlink" Target="https://bildung-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