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Schulbefreiung</w:t>
      </w:r>
    </w:p>
    <w:p/>
    <w:p/>
    <w:p>
      <w:r>
        <w:rPr>
          <w:b w:val="0"/>
          <w:sz w:val="22"/>
        </w:rPr>
        <w:t>An die Schulleitung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Antrag auf Schulbefreiung für mein Kind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beantrage ich eine Schulbefreiung für mein Kind.</w:t>
      </w:r>
    </w:p>
    <w:p>
      <w:r>
        <w:rPr>
          <w:b w:val="0"/>
          <w:sz w:val="22"/>
        </w:rPr>
        <w:t>Name des Kindes: ____________________________________________</w:t>
      </w:r>
    </w:p>
    <w:p>
      <w:r>
        <w:rPr>
          <w:b w:val="0"/>
          <w:sz w:val="22"/>
        </w:rPr>
        <w:t>Geburtsdatum: _______________________________________________</w:t>
      </w:r>
    </w:p>
    <w:p>
      <w:r>
        <w:rPr>
          <w:b w:val="0"/>
          <w:sz w:val="22"/>
        </w:rPr>
        <w:t>Klasse: _____________________________________________________</w:t>
      </w:r>
    </w:p>
    <w:p/>
    <w:p>
      <w:r>
        <w:rPr>
          <w:b w:val="0"/>
          <w:sz w:val="22"/>
        </w:rPr>
        <w:t>Begründung der Schulbefreiung: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/>
    <w:p>
      <w:r>
        <w:rPr>
          <w:b w:val="0"/>
          <w:sz w:val="22"/>
        </w:rPr>
        <w:t>Dauer der Schulbefreiung:</w:t>
      </w:r>
    </w:p>
    <w:p>
      <w:r>
        <w:rPr>
          <w:b w:val="0"/>
          <w:sz w:val="22"/>
        </w:rPr>
        <w:t>von: ____________________ bis: ______________________________</w:t>
      </w:r>
    </w:p>
    <w:p/>
    <w:p/>
    <w:p>
      <w:r>
        <w:rPr>
          <w:b w:val="0"/>
          <w:sz w:val="22"/>
        </w:rPr>
        <w:t>Ich versichere, dass ich die Schule rechtzeitig über die Rückkehr meines Kindes informieren werde und dass alle schulischen Pflichten außerhalb der Befreiungszeit eingehalten werden.</w:t>
      </w:r>
    </w:p>
    <w:p/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des Antragstellers / der Antragstellerin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Kontakt (Telefon / E-Mail)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(falls abweichend):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/>
    <w:p/>
    <w:p>
      <w:r>
        <w:rPr>
          <w:b w:val="0"/>
          <w:sz w:val="22"/>
        </w:rPr>
        <w:t>Ort: ___________________________________________    Datum: ___________________________________________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https://bildung-experte.com/formloser-antrag-schulbefreiung/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formloser-antrag-schulbefreiun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