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Nachteilsausgleich</w:t>
      </w:r>
    </w:p>
    <w:p/>
    <w:p/>
    <w:p>
      <w:r>
        <w:rPr>
          <w:b w:val="0"/>
          <w:sz w:val="22"/>
        </w:rPr>
        <w:t>An die Schule</w:t>
      </w:r>
    </w:p>
    <w:p>
      <w:r>
        <w:rPr>
          <w:b w:val="0"/>
          <w:sz w:val="22"/>
        </w:rPr>
        <w:t>Name der Schule: ______________________________________________________</w:t>
      </w:r>
    </w:p>
    <w:p>
      <w:r>
        <w:rPr>
          <w:b w:val="0"/>
          <w:sz w:val="22"/>
        </w:rPr>
        <w:t>Adresse: ______________________________________________________________</w:t>
      </w:r>
    </w:p>
    <w:p>
      <w:r>
        <w:rPr>
          <w:b w:val="0"/>
          <w:sz w:val="22"/>
        </w:rPr>
        <w:t>PLZ, Ort: _____________________________________________________________</w:t>
      </w:r>
    </w:p>
    <w:p/>
    <w:p/>
    <w:p>
      <w:r>
        <w:rPr>
          <w:b/>
          <w:sz w:val="22"/>
        </w:rPr>
        <w:t>Angaben zur antragstellenden Person</w:t>
      </w:r>
    </w:p>
    <w:p>
      <w:r>
        <w:rPr>
          <w:b w:val="0"/>
          <w:sz w:val="22"/>
        </w:rPr>
        <w:t>Name, Vorname: 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Telefonnummer: ________________________________________________________</w:t>
      </w:r>
    </w:p>
    <w:p>
      <w:r>
        <w:rPr>
          <w:b w:val="0"/>
          <w:sz w:val="22"/>
        </w:rPr>
        <w:t>E-Mail-Adresse: _______________________________________________________</w:t>
      </w:r>
    </w:p>
    <w:p/>
    <w:p/>
    <w:p>
      <w:r>
        <w:rPr>
          <w:b/>
          <w:sz w:val="22"/>
        </w:rPr>
        <w:t>Angaben zum Schüler / zur Schülerin</w:t>
      </w:r>
    </w:p>
    <w:p>
      <w:r>
        <w:rPr>
          <w:b w:val="0"/>
          <w:sz w:val="22"/>
        </w:rPr>
        <w:t>Name, Vorname: 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</w:t>
      </w:r>
    </w:p>
    <w:p>
      <w:r>
        <w:rPr>
          <w:b w:val="0"/>
          <w:sz w:val="22"/>
        </w:rPr>
        <w:t>Klasse / Jahrgangsstufe: ______________________________________________</w:t>
      </w:r>
    </w:p>
    <w:p/>
    <w:p/>
    <w:p>
      <w:r>
        <w:rPr>
          <w:b/>
          <w:sz w:val="22"/>
        </w:rPr>
        <w:t>Begründung des Antrags auf Nachteilsausgleich</w:t>
      </w:r>
    </w:p>
    <w:p>
      <w:r>
        <w:rPr>
          <w:b w:val="0"/>
          <w:sz w:val="22"/>
        </w:rPr>
        <w:t>Hiermit beantrage ich einen Nachteilsausgleich für den o.g. Schüler/die o.g. Schülerin aufgrund folgender Beeinträchtigung: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 w:val="0"/>
          <w:sz w:val="22"/>
        </w:rPr>
        <w:t>Folgende Nachteilsausgleiche werden beantragt: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 w:val="0"/>
          <w:sz w:val="22"/>
        </w:rPr>
        <w:t>Dem Antrag liegen folgende Bescheinigungen / Nachweise bei (z. B. ärztliches Attest, Gutachten):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/>
          <w:sz w:val="22"/>
        </w:rPr>
        <w:t>Ich versichere, dass die gemachten Angaben vollständig und wahrheitsgemäß sind.</w:t>
      </w:r>
    </w:p>
    <w:p/>
    <w:p/>
    <w:p/>
    <w:p>
      <w:r>
        <w:rPr>
          <w:b w:val="0"/>
          <w:sz w:val="22"/>
        </w:rPr>
        <w:t>Ort: ___________________________      Datum: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 / Erziehungsberechtigter: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Schüler / Schülerin: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https://bildung-experte.com/formloser-antrag-nachteilsausgleich-schule-rlp/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formloser-antrag-nachteilsausgleich-schule-rlp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