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FORMLOSER ANTRAG AUF VERLÄNGERUNG DER AUSBILDUNG</w:t>
      </w:r>
    </w:p>
    <w:p/>
    <w:p/>
    <w:p>
      <w:r>
        <w:rPr>
          <w:b w:val="0"/>
          <w:sz w:val="22"/>
        </w:rPr>
        <w:t>An:</w:t>
      </w:r>
    </w:p>
    <w:p>
      <w:r>
        <w:rPr>
          <w:b w:val="0"/>
          <w:sz w:val="22"/>
        </w:rPr>
        <w:t>Name der Ausbildungsstätte / Behörde</w:t>
      </w:r>
    </w:p>
    <w:p>
      <w:r>
        <w:rPr>
          <w:b w:val="0"/>
          <w:sz w:val="22"/>
        </w:rPr>
        <w:t>Anschrift</w:t>
      </w:r>
    </w:p>
    <w:p/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Antrag auf Verlängerung der Ausbildungszeit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beantrage ich die Verlängerung meiner Ausbildung aus folgenden Gründen:</w:t>
      </w:r>
    </w:p>
    <w:p/>
    <w:p/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/>
    <w:p/>
    <w:p>
      <w:r>
        <w:rPr>
          <w:b w:val="0"/>
          <w:sz w:val="22"/>
        </w:rPr>
        <w:t>Die Verlängerung soll um folgende Dauer erfolgen:</w:t>
      </w:r>
    </w:p>
    <w:p/>
    <w:p>
      <w:r>
        <w:rPr>
          <w:b w:val="0"/>
          <w:sz w:val="22"/>
        </w:rPr>
        <w:t>__________________________________________________</w:t>
      </w:r>
    </w:p>
    <w:p/>
    <w:p/>
    <w:p>
      <w:r>
        <w:rPr>
          <w:b w:val="0"/>
          <w:sz w:val="22"/>
        </w:rPr>
        <w:t>Meine persönlichen Daten:</w:t>
      </w:r>
    </w:p>
    <w:p>
      <w:r>
        <w:rPr>
          <w:b w:val="0"/>
          <w:sz w:val="22"/>
        </w:rPr>
        <w:t>Name: _________________________________________________________________</w:t>
      </w:r>
    </w:p>
    <w:p>
      <w:r>
        <w:rPr>
          <w:b w:val="0"/>
          <w:sz w:val="22"/>
        </w:rPr>
        <w:t>Geburtsdatum: _________________________________________________________</w:t>
      </w:r>
    </w:p>
    <w:p>
      <w:r>
        <w:rPr>
          <w:b w:val="0"/>
          <w:sz w:val="22"/>
        </w:rPr>
        <w:t>Ausbildungsberuf: _____________________________________________________</w:t>
      </w:r>
    </w:p>
    <w:p>
      <w:r>
        <w:rPr>
          <w:b w:val="0"/>
          <w:sz w:val="22"/>
        </w:rPr>
        <w:t>Ausbildungsbeginn: ____________________________________________________</w:t>
      </w:r>
    </w:p>
    <w:p>
      <w:r>
        <w:rPr>
          <w:b w:val="0"/>
          <w:sz w:val="22"/>
        </w:rPr>
        <w:t>Ausbilder / Ansprechpartner: ___________________________________________</w:t>
      </w:r>
    </w:p>
    <w:p/>
    <w:p/>
    <w:p>
      <w:r>
        <w:rPr>
          <w:b w:val="0"/>
          <w:sz w:val="22"/>
        </w:rPr>
        <w:t>Ich bitte um wohlwollende Prüfung meines Antrags und stehe für Rückfragen gern zur Verfügung.</w:t>
      </w:r>
    </w:p>
    <w:p/>
    <w:p/>
    <w:p>
      <w:r>
        <w:rPr>
          <w:b w:val="0"/>
          <w:sz w:val="22"/>
        </w:rPr>
        <w:t>Mit freundlichen Grüßen,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Ort: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Datum: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Unterschrift Auszubildender: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Unterschrift Ausbilder / Verantwortlicher: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https://bildung-experte.com/formloser-antrag-auf-verlangerung-der-ausbildung/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https://bildung-experte.com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bildung-experte.com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ildung-experte.com/formloser-antrag-auf-verlangerung-der-ausbildung/" TargetMode="External"/><Relationship Id="rId10" Type="http://schemas.openxmlformats.org/officeDocument/2006/relationships/hyperlink" Target="https://bildung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