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ÜBERPRÜFUNG DER EINGRUPPIERUNG</w:t>
      </w:r>
    </w:p>
    <w:p/>
    <w:p/>
    <w:p>
      <w:r>
        <w:rPr>
          <w:b/>
          <w:sz w:val="24"/>
        </w:rPr>
        <w:t>1. Antragsteller / Mitarbeiter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Vorname: ______________________________________________________________</w:t>
      </w:r>
    </w:p>
    <w:p>
      <w:r>
        <w:rPr>
          <w:b w:val="0"/>
          <w:sz w:val="22"/>
        </w:rPr>
        <w:t>Personalnummer (falls vorhanden): _______________________________________</w:t>
      </w:r>
    </w:p>
    <w:p>
      <w:r>
        <w:rPr>
          <w:b w:val="0"/>
          <w:sz w:val="22"/>
        </w:rPr>
        <w:t>Abteilung: _____________________________________________________________</w:t>
      </w:r>
    </w:p>
    <w:p>
      <w:r>
        <w:rPr>
          <w:b w:val="0"/>
          <w:sz w:val="22"/>
        </w:rPr>
        <w:t>Telefon / E-Mail: _______________________________________________________</w:t>
      </w:r>
    </w:p>
    <w:p/>
    <w:p/>
    <w:p>
      <w:r>
        <w:rPr>
          <w:b/>
          <w:sz w:val="24"/>
        </w:rPr>
        <w:t>2. Betreff</w:t>
      </w:r>
    </w:p>
    <w:p>
      <w:r>
        <w:rPr>
          <w:b w:val="0"/>
          <w:sz w:val="22"/>
        </w:rPr>
        <w:t>Hiermit beantrage ich die Überprüfung meiner derzeitigen Eingruppierung im Rahmen der gültigen Tarifverträge und Betriebsvereinbarungen.</w:t>
      </w:r>
    </w:p>
    <w:p/>
    <w:p/>
    <w:p>
      <w:r>
        <w:rPr>
          <w:b/>
          <w:sz w:val="24"/>
        </w:rPr>
        <w:t>3. Begründung / Sachverhalt</w:t>
      </w:r>
    </w:p>
    <w:p>
      <w:r>
        <w:rPr>
          <w:b w:val="0"/>
          <w:sz w:val="22"/>
        </w:rPr>
        <w:t>Bitte schildern Sie ausführlich und präzise, warum Sie eine Überprüfung Ihrer Eingruppierung für erforderlich halten:</w:t>
      </w:r>
    </w:p>
    <w:p>
      <w:r>
        <w:rPr>
          <w:b w:val="0"/>
          <w:sz w:val="22"/>
        </w:rPr>
        <w:t>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</w:t>
      </w:r>
    </w:p>
    <w:p/>
    <w:p/>
    <w:p>
      <w:r>
        <w:rPr>
          <w:b/>
          <w:sz w:val="24"/>
        </w:rPr>
        <w:t>4. Bezugnahme auf Tarifvertrag / Betriebsvereinbarung (sofern bekannt)</w:t>
      </w:r>
    </w:p>
    <w:p>
      <w:r>
        <w:rPr>
          <w:b w:val="0"/>
          <w:sz w:val="22"/>
        </w:rPr>
        <w:t>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</w:t>
      </w:r>
    </w:p>
    <w:p/>
    <w:p/>
    <w:p>
      <w:r>
        <w:rPr>
          <w:b/>
          <w:sz w:val="24"/>
        </w:rPr>
        <w:t>5. Gewünschtes Ergebnis</w:t>
      </w:r>
    </w:p>
    <w:p>
      <w:r>
        <w:rPr>
          <w:b w:val="0"/>
          <w:sz w:val="22"/>
        </w:rPr>
        <w:t>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</w:t>
      </w:r>
    </w:p>
    <w:p/>
    <w:p/>
    <w:p>
      <w:r>
        <w:rPr>
          <w:b/>
          <w:sz w:val="24"/>
        </w:rPr>
        <w:t>6. Anlagen</w:t>
      </w:r>
    </w:p>
    <w:p>
      <w:r>
        <w:rPr>
          <w:b w:val="0"/>
          <w:sz w:val="22"/>
        </w:rPr>
        <w:t>Folgende Unterlagen füge ich zur Unterstützung meines Antrags bei:</w:t>
      </w:r>
    </w:p>
    <w:p>
      <w:r>
        <w:rPr>
          <w:b w:val="0"/>
          <w:sz w:val="22"/>
        </w:rPr>
        <w:t>- _______________________________________________________________</w:t>
      </w:r>
    </w:p>
    <w:p>
      <w:r>
        <w:rPr>
          <w:b w:val="0"/>
          <w:sz w:val="22"/>
        </w:rPr>
        <w:t>- _______________________________________________________________</w:t>
      </w:r>
    </w:p>
    <w:p>
      <w:r>
        <w:rPr>
          <w:b w:val="0"/>
          <w:sz w:val="22"/>
        </w:rPr>
        <w:t>- _______________________________________________________________</w:t>
      </w:r>
    </w:p>
    <w:p/>
    <w:p/>
    <w:p>
      <w:r>
        <w:rPr>
          <w:b w:val="0"/>
          <w:sz w:val="22"/>
        </w:rPr>
        <w:t>Ort: ____________________________________________________</w:t>
      </w:r>
    </w:p>
    <w:p>
      <w:r>
        <w:rPr>
          <w:b w:val="0"/>
          <w:sz w:val="22"/>
        </w:rPr>
        <w:t>Datum: 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Vorgesetzter / Personalabteilung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https://bildung-experte.com/formloser-antrag-auf-uberprufung-der-eingruppierung/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formloser-antrag-auf-uberprufung-der-eingruppierung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