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EXMATRIKULATIONSSCHREIBEN</w:t>
      </w:r>
    </w:p>
    <w:p/>
    <w:p/>
    <w:p>
      <w:r>
        <w:rPr>
          <w:b/>
          <w:sz w:val="22"/>
        </w:rPr>
        <w:t>Absender (Studierender):</w:t>
      </w:r>
    </w:p>
    <w:p>
      <w:r>
        <w:rPr>
          <w:b w:val="0"/>
          <w:sz w:val="22"/>
        </w:rPr>
        <w:t>Name: ______________________________________________</w:t>
      </w:r>
    </w:p>
    <w:p>
      <w:r>
        <w:rPr>
          <w:b w:val="0"/>
          <w:sz w:val="22"/>
        </w:rPr>
        <w:t>Matrikelnummer: _____________________________________</w:t>
      </w:r>
    </w:p>
    <w:p>
      <w:r>
        <w:rPr>
          <w:b w:val="0"/>
          <w:sz w:val="22"/>
        </w:rPr>
        <w:t>Studiengang: _______________________________________</w:t>
      </w:r>
    </w:p>
    <w:p>
      <w:r>
        <w:rPr>
          <w:b w:val="0"/>
          <w:sz w:val="22"/>
        </w:rPr>
        <w:t>Adresse: ___________________________________________</w:t>
      </w:r>
    </w:p>
    <w:p>
      <w:r>
        <w:rPr>
          <w:b w:val="0"/>
          <w:sz w:val="22"/>
        </w:rPr>
        <w:t>Telefon/E-Mail: _____________________________________</w:t>
      </w:r>
    </w:p>
    <w:p/>
    <w:p/>
    <w:p>
      <w:r>
        <w:rPr>
          <w:b/>
          <w:sz w:val="22"/>
        </w:rPr>
        <w:t>Empfänger (Studierendensekretariat / Prüfungsamt):</w:t>
      </w:r>
    </w:p>
    <w:p>
      <w:r>
        <w:rPr>
          <w:b w:val="0"/>
          <w:sz w:val="22"/>
        </w:rPr>
        <w:t>Name der Hochschule: __________________________________</w:t>
      </w:r>
    </w:p>
    <w:p>
      <w:r>
        <w:rPr>
          <w:b w:val="0"/>
          <w:sz w:val="22"/>
        </w:rPr>
        <w:t>Adresse: 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Exmatrikulation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Exmatrikulation aus dem oben genannten Studiengang an Ihrer Hochschule.</w:t>
      </w:r>
    </w:p>
    <w:p>
      <w:r>
        <w:rPr>
          <w:b w:val="0"/>
          <w:sz w:val="22"/>
        </w:rPr>
        <w:t>Die Gründe für die Exmatrikulation sind von mir eigenständig gewählt und liegen in meiner persönlichen Entscheidung.</w:t>
      </w:r>
    </w:p>
    <w:p>
      <w:r>
        <w:rPr>
          <w:b w:val="0"/>
          <w:sz w:val="22"/>
        </w:rPr>
        <w:t>Ich bitte Sie höflich, die Exmatrikulation zum nächstmöglichen Zeitpunkt durchzuführen und mir eine schriftliche Bestätigung zukommen zu lassen.</w:t>
      </w:r>
    </w:p>
    <w:p/>
    <w:p/>
    <w:p>
      <w:r>
        <w:rPr>
          <w:b w:val="0"/>
          <w:sz w:val="22"/>
        </w:rPr>
        <w:t>Ich versichere, dass ich alle erforderlichen Unterlagen eingereicht habe und keine Verpflichtungen gegenüber der Hochschule mehr bestehen.</w:t>
      </w:r>
    </w:p>
    <w:p>
      <w:r>
        <w:rPr>
          <w:b w:val="0"/>
          <w:sz w:val="22"/>
        </w:rPr>
        <w:t>Mir ist bewusst, dass mit der Exmatrikulation sämtliche studienbezogenen Rechte und Pflichten erlöschen.</w:t>
      </w:r>
    </w:p>
    <w:p/>
    <w:p/>
    <w:p>
      <w:r>
        <w:rPr>
          <w:b w:val="0"/>
          <w:sz w:val="22"/>
        </w:rPr>
        <w:t>Für Rückfragen stehe ich Ihnen gerne zur Verfügung.</w:t>
      </w:r>
    </w:p>
    <w:p/>
    <w:p/>
    <w:p>
      <w:r>
        <w:rPr>
          <w:b w:val="0"/>
          <w:sz w:val="22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https://bildung-experte.com/exmatrikulation-schreiben/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exmatrikulation-schreib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