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ERKLÄRUNG</w:t>
      </w:r>
    </w:p>
    <w:p/>
    <w:p/>
    <w:p>
      <w:r>
        <w:rPr>
          <w:b/>
          <w:sz w:val="24"/>
        </w:rPr>
        <w:t>1. Persönliche Angaben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Geburtsdatum:</w:t>
      </w:r>
    </w:p>
    <w:p>
      <w:r>
        <w:rPr>
          <w:b w:val="0"/>
          <w:sz w:val="22"/>
        </w:rPr>
        <w:t>Anschrift:</w:t>
      </w:r>
    </w:p>
    <w:p/>
    <w:p>
      <w:r>
        <w:rPr>
          <w:b/>
          <w:sz w:val="24"/>
        </w:rPr>
        <w:t>2. Erklärung</w:t>
      </w:r>
    </w:p>
    <w:p>
      <w:r>
        <w:rPr>
          <w:b w:val="0"/>
          <w:sz w:val="22"/>
        </w:rPr>
        <w:t>Hiermit erkläre ich verbindlich und rechtsverbindlich, dass ich die nachfolgenden Aussagen wahrheitsgemäß, vollständig und nach bestem Wissen gemacht habe.</w:t>
      </w:r>
    </w:p>
    <w:p/>
    <w:p>
      <w:r>
        <w:rPr>
          <w:b/>
          <w:sz w:val="24"/>
        </w:rPr>
        <w:t>3. Inhalt der Erklärung</w:t>
      </w:r>
    </w:p>
    <w:p>
      <w:r>
        <w:rPr>
          <w:b w:val="0"/>
          <w:sz w:val="22"/>
        </w:rPr>
        <w:t>3.1. Sachverhalt</w:t>
      </w:r>
    </w:p>
    <w:p>
      <w:r>
        <w:rPr>
          <w:b w:val="0"/>
          <w:sz w:val="22"/>
        </w:rPr>
        <w:t>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</w:t>
      </w:r>
    </w:p>
    <w:p/>
    <w:p>
      <w:r>
        <w:rPr>
          <w:b w:val="0"/>
          <w:sz w:val="22"/>
        </w:rPr>
        <w:t>3.2. Weitere Details</w:t>
      </w:r>
    </w:p>
    <w:p>
      <w:r>
        <w:rPr>
          <w:b w:val="0"/>
          <w:sz w:val="22"/>
        </w:rPr>
        <w:t>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</w:t>
      </w:r>
    </w:p>
    <w:p/>
    <w:p>
      <w:r>
        <w:rPr>
          <w:b/>
          <w:sz w:val="24"/>
        </w:rPr>
        <w:t>4. Rechtliche Hinweise</w:t>
      </w:r>
    </w:p>
    <w:p>
      <w:r>
        <w:rPr>
          <w:b w:val="0"/>
          <w:sz w:val="22"/>
        </w:rPr>
        <w:t>Mir ist bewusst, dass falsche Angaben rechtliche Konsequenzen nach sich ziehen können, insbesondere straf- und zivilrechtliche Folgen.</w:t>
      </w:r>
    </w:p>
    <w:p>
      <w:r>
        <w:rPr>
          <w:b w:val="0"/>
          <w:sz w:val="22"/>
        </w:rPr>
        <w:t>Die vorliegende Erklärung dient als schriftliche Bestätigung meiner Angaben und kann im Rahmen gesetzlicher Verfahren herangezogen werden.</w:t>
      </w:r>
    </w:p>
    <w:p/>
    <w:p>
      <w:r>
        <w:rPr>
          <w:b/>
          <w:sz w:val="24"/>
        </w:rPr>
        <w:t>5. Unterschrift</w:t>
      </w:r>
    </w:p>
    <w:p>
      <w:r>
        <w:rPr>
          <w:b w:val="0"/>
          <w:sz w:val="22"/>
        </w:rPr>
        <w:t>Ort:</w:t>
      </w:r>
    </w:p>
    <w:p>
      <w:r>
        <w:rPr>
          <w:b w:val="0"/>
          <w:sz w:val="22"/>
        </w:rPr>
        <w:t>Datum: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Erklärender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Zeuge (optional)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https://bildung-experte.com/erklarung-schreiben/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erklarung-schreiben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