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ANTRAG AUF BILDUNGSGUTSCHEIN</w:t>
      </w:r>
    </w:p>
    <w:p/>
    <w:p/>
    <w:p>
      <w:r>
        <w:rPr>
          <w:b/>
          <w:sz w:val="22"/>
        </w:rPr>
        <w:t>1. Persönliche Angaben des Antragstellers</w:t>
      </w:r>
    </w:p>
    <w:p>
      <w:r>
        <w:rPr>
          <w:b w:val="0"/>
          <w:sz w:val="22"/>
        </w:rPr>
        <w:t>Vorname:</w:t>
      </w:r>
    </w:p>
    <w:p>
      <w:r>
        <w:rPr>
          <w:b w:val="0"/>
          <w:sz w:val="22"/>
        </w:rPr>
        <w:t>Nachname: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Telefonnummer:</w:t>
      </w:r>
    </w:p>
    <w:p>
      <w:r>
        <w:rPr>
          <w:b w:val="0"/>
          <w:sz w:val="22"/>
        </w:rPr>
        <w:t>E-Mail-Adresse:</w:t>
      </w:r>
    </w:p>
    <w:p/>
    <w:p>
      <w:r>
        <w:rPr>
          <w:b/>
          <w:sz w:val="22"/>
        </w:rPr>
        <w:t>2. Angaben zum Beschäftigungsstatus</w:t>
      </w:r>
    </w:p>
    <w:p>
      <w:r>
        <w:rPr>
          <w:b w:val="0"/>
          <w:sz w:val="22"/>
        </w:rPr>
        <w:t>Derzeitiger Arbeitgeber (falls vorhanden):</w:t>
      </w:r>
    </w:p>
    <w:p>
      <w:r>
        <w:rPr>
          <w:b w:val="0"/>
          <w:sz w:val="22"/>
        </w:rPr>
        <w:t>Beschäftigungsart (z.B. Vollzeit, Teilzeit, arbeitslos):</w:t>
      </w:r>
    </w:p>
    <w:p>
      <w:r>
        <w:rPr>
          <w:b w:val="0"/>
          <w:sz w:val="22"/>
        </w:rPr>
        <w:t>Aktuelle Tätigkeit / Beruf:</w:t>
      </w:r>
    </w:p>
    <w:p/>
    <w:p>
      <w:r>
        <w:rPr>
          <w:b/>
          <w:sz w:val="22"/>
        </w:rPr>
        <w:t>3. Angaben zur gewünschten Bildungsmaßnahme</w:t>
      </w:r>
    </w:p>
    <w:p>
      <w:r>
        <w:rPr>
          <w:b w:val="0"/>
          <w:sz w:val="22"/>
        </w:rPr>
        <w:t>Bezeichnung der Maßnahme:</w:t>
      </w:r>
    </w:p>
    <w:p>
      <w:r>
        <w:rPr>
          <w:b w:val="0"/>
          <w:sz w:val="22"/>
        </w:rPr>
        <w:t>Bildungsträger:</w:t>
      </w:r>
    </w:p>
    <w:p>
      <w:r>
        <w:rPr>
          <w:b w:val="0"/>
          <w:sz w:val="22"/>
        </w:rPr>
        <w:t>Voraussichtliche Dauer der Maßnahme:</w:t>
      </w:r>
    </w:p>
    <w:p>
      <w:r>
        <w:rPr>
          <w:b w:val="0"/>
          <w:sz w:val="22"/>
        </w:rPr>
        <w:t>Ziel der Maßnahme bzw. Qualifikation:</w:t>
      </w:r>
    </w:p>
    <w:p/>
    <w:p>
      <w:r>
        <w:rPr>
          <w:b/>
          <w:sz w:val="22"/>
        </w:rPr>
        <w:t>4. Begründung des Antrags</w:t>
      </w:r>
    </w:p>
    <w:p>
      <w:r>
        <w:rPr>
          <w:b w:val="0"/>
          <w:sz w:val="22"/>
        </w:rPr>
        <w:t>Warum ist die Bildungsmaßnahme für Ihre berufliche Weiterentwicklung wichtig?</w:t>
      </w:r>
    </w:p>
    <w:p>
      <w:r>
        <w:rPr>
          <w:b w:val="0"/>
          <w:sz w:val="22"/>
        </w:rPr>
        <w:t>Welche beruflichen Ziele verfolgen Sie mit dieser Maßnahme?</w:t>
      </w:r>
    </w:p>
    <w:p/>
    <w:p>
      <w:r>
        <w:rPr>
          <w:b/>
          <w:sz w:val="22"/>
        </w:rPr>
        <w:t>5. Erklärung</w:t>
      </w:r>
    </w:p>
    <w:p>
      <w:r>
        <w:rPr>
          <w:b w:val="0"/>
          <w:sz w:val="22"/>
        </w:rPr>
        <w:t>Hiermit versichere ich, dass die Angaben vollständig und wahrheitsgemäß sind. Ich bin mir bewusst, dass falsche Angaben rechtliche Konsequenzen haben können.</w:t>
      </w:r>
    </w:p>
    <w:p/>
    <w:p/>
    <w:p>
      <w:r>
        <w:rPr>
          <w:b w:val="0"/>
          <w:sz w:val="22"/>
        </w:rPr>
        <w:t>Ort:</w:t>
      </w:r>
    </w:p>
    <w:p>
      <w:r>
        <w:rPr>
          <w:b w:val="0"/>
          <w:sz w:val="22"/>
        </w:rPr>
        <w:t>Unterschrift: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Berater / Sachbearbeiter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https://bildung-experte.com/bildungsgutschein-antrag/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bildungsgutschein-antrag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