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BEWERBUNG UM DIE BEAUFTRAGUNG DES MEDIZINISCHEN DIENSTES DER KRANKENKASSEN (MDK)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/>
    <w:p>
      <w:r>
        <w:rPr>
          <w:b/>
          <w:sz w:val="22"/>
        </w:rPr>
        <w:t>An den Medizinischen Dienst der Krankenversicherung (MDK)</w:t>
      </w:r>
    </w:p>
    <w:p>
      <w:r>
        <w:rPr>
          <w:b w:val="0"/>
          <w:sz w:val="22"/>
        </w:rPr>
        <w:t>Adresse des MDK:</w:t>
      </w:r>
    </w:p>
    <w:p/>
    <w:p/>
    <w:p>
      <w:r>
        <w:rPr>
          <w:b/>
          <w:sz w:val="22"/>
        </w:rPr>
        <w:t>Betreff:</w:t>
      </w:r>
    </w:p>
    <w:p>
      <w:r>
        <w:rPr>
          <w:b/>
          <w:sz w:val="22"/>
        </w:rPr>
        <w:t>Bewerbung um Beauftragung zur Begutachtung und Beratung gemäß Sozialgesetzbuch (SGB)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bewerbe ich mich um die Beauftragung als Gutachter/in und Berater/in beim Medizinischen Dienst der Krankenversicherung (MDK). Ich erfülle die gesetzlich und fachlich erforderlichen Voraussetzungen und stelle mich gern für diese verantwortungsvolle Aufgabe zur Verfügung.</w:t>
      </w:r>
    </w:p>
    <w:p/>
    <w:p/>
    <w:p>
      <w:r>
        <w:rPr>
          <w:b/>
          <w:sz w:val="24"/>
        </w:rPr>
        <w:t>Persönliche Angaben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Beruf:</w:t>
      </w:r>
    </w:p>
    <w:p>
      <w:r>
        <w:rPr>
          <w:b w:val="0"/>
          <w:sz w:val="22"/>
        </w:rPr>
        <w:t>Fachliche Qualifikationen und Weiterbildungen:</w:t>
      </w:r>
    </w:p>
    <w:p>
      <w:r>
        <w:rPr>
          <w:b w:val="0"/>
          <w:sz w:val="22"/>
        </w:rPr>
        <w:t>Berufserfahrung im medizinischen/sozialmedizinischen Bereich:</w:t>
      </w:r>
    </w:p>
    <w:p/>
    <w:p/>
    <w:p>
      <w:r>
        <w:rPr>
          <w:b/>
          <w:sz w:val="24"/>
        </w:rPr>
        <w:t>Qualifikationen und Nachweise</w:t>
      </w:r>
    </w:p>
    <w:p>
      <w:r>
        <w:rPr>
          <w:b w:val="0"/>
          <w:sz w:val="22"/>
        </w:rPr>
        <w:t>Ich verfüge über folgende Qualifikationen, die für die Tätigkeit als MDK-Gutachter/in erforderlich sind:</w:t>
      </w:r>
    </w:p>
    <w:p>
      <w:r>
        <w:rPr>
          <w:b w:val="0"/>
          <w:sz w:val="22"/>
        </w:rPr>
        <w:t>- Approbation bzw. Berufsausbildung in einem relevanten medizinischen oder pflegerischen Beruf</w:t>
      </w:r>
    </w:p>
    <w:p>
      <w:r>
        <w:rPr>
          <w:b w:val="0"/>
          <w:sz w:val="22"/>
        </w:rPr>
        <w:t>- Facharztanerkennung bzw. entsprechende Weiterbildung</w:t>
      </w:r>
    </w:p>
    <w:p>
      <w:r>
        <w:rPr>
          <w:b w:val="0"/>
          <w:sz w:val="22"/>
        </w:rPr>
        <w:t>- Erfahrung in Begutachtung und Gutachtenerstellung</w:t>
      </w:r>
    </w:p>
    <w:p>
      <w:r>
        <w:rPr>
          <w:b w:val="0"/>
          <w:sz w:val="22"/>
        </w:rPr>
        <w:t>- Kenntnisse der relevanten sozialrechtlichen Vorschriften (SGB V, SGB XI etc.)</w:t>
      </w:r>
    </w:p>
    <w:p>
      <w:r>
        <w:rPr>
          <w:b w:val="0"/>
          <w:sz w:val="22"/>
        </w:rPr>
        <w:t>- Teilnahme an Fort- und Weiterbildungen im Bereich Begutachtung</w:t>
      </w:r>
    </w:p>
    <w:p/>
    <w:p/>
    <w:p>
      <w:r>
        <w:rPr>
          <w:b/>
          <w:sz w:val="24"/>
        </w:rPr>
        <w:t>Motivation</w:t>
      </w:r>
    </w:p>
    <w:p>
      <w:r>
        <w:rPr>
          <w:b w:val="0"/>
          <w:sz w:val="22"/>
        </w:rPr>
        <w:t>Ich bin motiviert, die Qualität der Versorgung und Beratung der Versicherten durch fundierte und objektive Gutachten zu unterstützen und die gesetzlichen Vorgaben des MDK zu erfüllen.</w:t>
      </w:r>
    </w:p>
    <w:p/>
    <w:p/>
    <w:p>
      <w:r>
        <w:rPr>
          <w:b/>
          <w:sz w:val="24"/>
        </w:rPr>
        <w:t>Vertraulichkeit und Datenschutz</w:t>
      </w:r>
    </w:p>
    <w:p>
      <w:r>
        <w:rPr>
          <w:b w:val="0"/>
          <w:sz w:val="22"/>
        </w:rPr>
        <w:t>Ich verpflichte mich, alle im Rahmen meiner Tätigkeit erhaltenen Informationen vertraulich zu behandeln und die datenschutzrechtlichen Bestimmungen strikt einzuhalten.</w:t>
      </w:r>
    </w:p>
    <w:p/>
    <w:p/>
    <w:p>
      <w:r>
        <w:rPr>
          <w:b/>
          <w:sz w:val="24"/>
        </w:rPr>
        <w:t>Verfügbarkeit</w:t>
      </w:r>
    </w:p>
    <w:p>
      <w:r>
        <w:rPr>
          <w:b w:val="0"/>
          <w:sz w:val="22"/>
        </w:rPr>
        <w:t>Ich stehe für die Übernahme von Gutachten und Beratungen im Rahmen der Beauftragung grundsätzlich zur Verfügung und bin bereit, mich ggf. an Fortbildungen und Qualitätskontrollen zu beteiligen.</w:t>
      </w:r>
    </w:p>
    <w:p/>
    <w:p/>
    <w:p>
      <w:r>
        <w:rPr>
          <w:b w:val="0"/>
          <w:sz w:val="22"/>
        </w:rPr>
        <w:t>Für Rückfragen stehe ich Ihnen jederzeit gern zur Verfügung.</w:t>
      </w:r>
    </w:p>
    <w:p/>
    <w:p>
      <w:r>
        <w:rPr>
          <w:b w:val="0"/>
          <w:sz w:val="22"/>
        </w:rPr>
        <w:t>Mit freundlichen Grüßen,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Ort, Datum: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https://bildung-experte.com/bewerbung-mdk/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bewerbung-mdk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