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BESONDERE BEGRÜNDUNG FÜR DEN SCHULWUNSCH</w:t>
      </w:r>
    </w:p>
    <w:p/>
    <w:p>
      <w:r>
        <w:rPr>
          <w:b/>
          <w:sz w:val="20"/>
        </w:rPr>
        <w:t>Angaben zum Antragsteller: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Geburtsdatum: _________________________________________________________</w:t>
      </w:r>
    </w:p>
    <w:p>
      <w:r>
        <w:rPr>
          <w:b w:val="0"/>
          <w:sz w:val="20"/>
        </w:rPr>
        <w:t>Anschrift: _____________________________________________________________</w:t>
      </w:r>
    </w:p>
    <w:p>
      <w:r>
        <w:rPr>
          <w:b w:val="0"/>
          <w:sz w:val="20"/>
        </w:rPr>
        <w:t>Telefonnummer: _________________________________________________________</w:t>
      </w:r>
    </w:p>
    <w:p/>
    <w:p>
      <w:r>
        <w:rPr>
          <w:b/>
          <w:sz w:val="20"/>
        </w:rPr>
        <w:t>Angaben zum Kind: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Geburtsdatum: _________________________________________________________</w:t>
      </w:r>
    </w:p>
    <w:p>
      <w:r>
        <w:rPr>
          <w:b w:val="0"/>
          <w:sz w:val="20"/>
        </w:rPr>
        <w:t>Derzeit besuchte Schule: _______________________________________________</w:t>
      </w:r>
    </w:p>
    <w:p>
      <w:r>
        <w:rPr>
          <w:b w:val="0"/>
          <w:sz w:val="20"/>
        </w:rPr>
        <w:t>Klasse: _______________________________________________________________</w:t>
      </w:r>
    </w:p>
    <w:p/>
    <w:p>
      <w:r>
        <w:rPr>
          <w:b/>
          <w:sz w:val="20"/>
        </w:rPr>
        <w:t>Schulwunsch:</w:t>
      </w:r>
    </w:p>
    <w:p>
      <w:r>
        <w:rPr>
          <w:b w:val="0"/>
          <w:sz w:val="20"/>
        </w:rPr>
        <w:t>Name der gewünschten Schule: __________________________________________</w:t>
      </w:r>
    </w:p>
    <w:p>
      <w:r>
        <w:rPr>
          <w:b w:val="0"/>
          <w:sz w:val="20"/>
        </w:rPr>
        <w:t>Gewünschte Schulform / Bildungsgang: ___________________________________</w:t>
      </w:r>
    </w:p>
    <w:p/>
    <w:p>
      <w:r>
        <w:rPr>
          <w:b/>
          <w:sz w:val="20"/>
        </w:rPr>
        <w:t>Besondere Begründung für den Schulwunsch: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Rechtliche Hinweise:</w:t>
      </w:r>
    </w:p>
    <w:p>
      <w:r>
        <w:rPr>
          <w:b w:val="0"/>
          <w:sz w:val="20"/>
        </w:rPr>
        <w:t>Mit diesem Antrag wird eine besondere Begründung für den Schulwunsch vorgelegt. Die Entscheidung über den Antrag trifft die zuständige Schulbehörde nach Prüfung aller Umstände.</w:t>
      </w:r>
    </w:p>
    <w:p>
      <w:r>
        <w:rPr>
          <w:b w:val="0"/>
          <w:sz w:val="20"/>
        </w:rPr>
        <w:t>Es wird empfohlen, Nachweise und Dokumente beizufügen, die die Begründung unterstützen.</w:t>
      </w:r>
    </w:p>
    <w:p/>
    <w:p/>
    <w:p>
      <w:r>
        <w:rPr>
          <w:b w:val="0"/>
          <w:sz w:val="20"/>
        </w:rPr>
        <w:t>Ort: _________________________________________________________________</w:t>
      </w:r>
    </w:p>
    <w:p>
      <w:r>
        <w:rPr>
          <w:b w:val="0"/>
          <w:sz w:val="20"/>
        </w:rPr>
        <w:t>Unterschrift des Antragstellers: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https://bildung-experte.com/besondere-begrundung-fur-den-schulwunsch/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besondere-begrundung-fur-den-schulwunsch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