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BESCHEINIGUNG ÜBER DIE AUSZUBILDENDE/AUSZUBILDENDEN IM ARBEITSVERHÄLTNIS</w:t>
      </w:r>
    </w:p>
    <w:p/>
    <w:p/>
    <w:p>
      <w:r>
        <w:rPr>
          <w:b/>
          <w:sz w:val="22"/>
        </w:rPr>
        <w:t>Hiermit bestätigen wir, dass die/der Auszubildende</w:t>
      </w:r>
    </w:p>
    <w:p/>
    <w:p>
      <w:r>
        <w:rPr>
          <w:b w:val="0"/>
          <w:sz w:val="22"/>
        </w:rPr>
        <w:t>Name: _________________________________________________________________</w:t>
      </w:r>
    </w:p>
    <w:p>
      <w:r>
        <w:rPr>
          <w:b w:val="0"/>
          <w:sz w:val="22"/>
        </w:rPr>
        <w:t>Vorname: _______________________________________________________________</w:t>
      </w:r>
    </w:p>
    <w:p>
      <w:r>
        <w:rPr>
          <w:b w:val="0"/>
          <w:sz w:val="22"/>
        </w:rPr>
        <w:t>Geburtsdatum: __________________________________________________________</w:t>
      </w:r>
    </w:p>
    <w:p>
      <w:r>
        <w:rPr>
          <w:b w:val="0"/>
          <w:sz w:val="22"/>
        </w:rPr>
        <w:t>Anschrift: ______________________________________________________________</w:t>
      </w:r>
    </w:p>
    <w:p/>
    <w:p>
      <w:r>
        <w:rPr>
          <w:b/>
          <w:sz w:val="22"/>
        </w:rPr>
        <w:t>in unserem Betrieb als Auszubildende/r im Ausbildungsberuf</w:t>
      </w:r>
    </w:p>
    <w:p>
      <w:r>
        <w:rPr>
          <w:b w:val="0"/>
          <w:sz w:val="22"/>
        </w:rPr>
        <w:t>Ausbildungsberuf: ______________________________________________________</w:t>
      </w:r>
    </w:p>
    <w:p>
      <w:r>
        <w:rPr>
          <w:b w:val="0"/>
          <w:sz w:val="22"/>
        </w:rPr>
        <w:t>Ausbildungsbeginn: _____________________________________________________</w:t>
      </w:r>
    </w:p>
    <w:p>
      <w:r>
        <w:rPr>
          <w:b w:val="0"/>
          <w:sz w:val="22"/>
        </w:rPr>
        <w:t>voraussichtliches Ausbildungsende: ______________________________________</w:t>
      </w:r>
    </w:p>
    <w:p/>
    <w:p>
      <w:r>
        <w:rPr>
          <w:b w:val="0"/>
          <w:sz w:val="22"/>
        </w:rPr>
        <w:t>Betriebsname: ___________________________________________________________</w:t>
      </w:r>
    </w:p>
    <w:p>
      <w:r>
        <w:rPr>
          <w:b w:val="0"/>
          <w:sz w:val="22"/>
        </w:rPr>
        <w:t>Betriebsanschrift: ______________________________________________________</w:t>
      </w:r>
    </w:p>
    <w:p>
      <w:r>
        <w:rPr>
          <w:b w:val="0"/>
          <w:sz w:val="22"/>
        </w:rPr>
        <w:t>Telefonnummer: __________________________________________________________</w:t>
      </w:r>
    </w:p>
    <w:p>
      <w:r>
        <w:rPr>
          <w:b w:val="0"/>
          <w:sz w:val="22"/>
        </w:rPr>
        <w:t>E-Mail: _________________________________________________________________</w:t>
      </w:r>
    </w:p>
    <w:p/>
    <w:p>
      <w:r>
        <w:rPr>
          <w:b/>
          <w:sz w:val="22"/>
        </w:rPr>
        <w:t>Die/Der Auszubildende ist in unserem Unternehmen als Auszubildende/r beschäftigt und erhält eine angemessene Vergütung gemäß den geltenden tariflichen oder betrieblichen Regelungen.</w:t>
      </w:r>
    </w:p>
    <w:p/>
    <w:p>
      <w:r>
        <w:rPr>
          <w:b/>
          <w:sz w:val="22"/>
        </w:rPr>
        <w:t>Diese Bescheinigung dient als Nachweis für das Bestehen eines Ausbildungsverhältnisses zwischen der/dem Auszubildenden und unserem Betrieb.</w:t>
      </w:r>
    </w:p>
    <w:p/>
    <w:p/>
    <w:p>
      <w:r>
        <w:rPr>
          <w:b w:val="0"/>
          <w:sz w:val="22"/>
        </w:rPr>
        <w:t>Ort: _____________________________________    Datum: 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Auszubildende/r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Ausbildungsbetrieb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https://bildung-experte.com/bescheinigung-ausbildung-arbeitgeber/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https://bildung-experte.com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bildung-experte.com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ildung-experte.com/bescheinigung-ausbildung-arbeitgeber/" TargetMode="External"/><Relationship Id="rId10" Type="http://schemas.openxmlformats.org/officeDocument/2006/relationships/hyperlink" Target="https://bildung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