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BERICHT ÜBER EINE VERANSTALTUNG</w:t>
      </w:r>
    </w:p>
    <w:p/>
    <w:p/>
    <w:p>
      <w:r>
        <w:rPr>
          <w:b/>
          <w:sz w:val="24"/>
        </w:rPr>
        <w:t>1. Veranstaltungsname</w:t>
      </w:r>
    </w:p>
    <w:p>
      <w:r>
        <w:rPr>
          <w:b w:val="0"/>
          <w:sz w:val="22"/>
        </w:rPr>
      </w:r>
    </w:p>
    <w:p/>
    <w:p>
      <w:r>
        <w:rPr>
          <w:b/>
          <w:sz w:val="24"/>
        </w:rPr>
        <w:t>2. Veranstaltungsort</w:t>
      </w:r>
    </w:p>
    <w:p>
      <w:r>
        <w:rPr>
          <w:b w:val="0"/>
          <w:sz w:val="22"/>
        </w:rPr>
      </w:r>
    </w:p>
    <w:p/>
    <w:p>
      <w:r>
        <w:rPr>
          <w:b/>
          <w:sz w:val="24"/>
        </w:rPr>
        <w:t>3. Veranstaltungsdatum</w:t>
      </w:r>
    </w:p>
    <w:p>
      <w:r>
        <w:rPr>
          <w:b w:val="0"/>
          <w:sz w:val="22"/>
        </w:rPr>
      </w:r>
    </w:p>
    <w:p/>
    <w:p>
      <w:r>
        <w:rPr>
          <w:b/>
          <w:sz w:val="24"/>
        </w:rPr>
        <w:t>4. Veranstalter / Verantwortliche Person</w:t>
      </w:r>
    </w:p>
    <w:p>
      <w:r>
        <w:rPr>
          <w:b w:val="0"/>
          <w:sz w:val="22"/>
        </w:rPr>
      </w:r>
    </w:p>
    <w:p/>
    <w:p>
      <w:r>
        <w:rPr>
          <w:b/>
          <w:sz w:val="24"/>
        </w:rPr>
        <w:t>5. Ziel und Zweck der Veranstaltung</w:t>
      </w:r>
    </w:p>
    <w:p>
      <w:r>
        <w:rPr>
          <w:b w:val="0"/>
          <w:sz w:val="22"/>
        </w:rPr>
      </w:r>
    </w:p>
    <w:p/>
    <w:p>
      <w:r>
        <w:rPr>
          <w:b/>
          <w:sz w:val="24"/>
        </w:rPr>
        <w:t>6. Teilnehmerzahl und Teilnehmerkreis</w:t>
      </w:r>
    </w:p>
    <w:p>
      <w:r>
        <w:rPr>
          <w:b w:val="0"/>
          <w:sz w:val="22"/>
        </w:rPr>
      </w:r>
    </w:p>
    <w:p/>
    <w:p>
      <w:r>
        <w:rPr>
          <w:b/>
          <w:sz w:val="24"/>
        </w:rPr>
        <w:t>7. Ablauf und Programm</w:t>
      </w:r>
    </w:p>
    <w:p>
      <w:r>
        <w:rPr>
          <w:b w:val="0"/>
          <w:sz w:val="22"/>
        </w:rPr>
      </w:r>
    </w:p>
    <w:p/>
    <w:p>
      <w:r>
        <w:rPr>
          <w:b/>
          <w:sz w:val="24"/>
        </w:rPr>
        <w:t>8. Wichtige Ereignisse und Beobachtungen</w:t>
      </w:r>
    </w:p>
    <w:p>
      <w:r>
        <w:rPr>
          <w:b w:val="0"/>
          <w:sz w:val="22"/>
        </w:rPr>
      </w:r>
    </w:p>
    <w:p/>
    <w:p>
      <w:r>
        <w:rPr>
          <w:b/>
          <w:sz w:val="24"/>
        </w:rPr>
        <w:t>9. Probleme und Herausforderungen</w:t>
      </w:r>
    </w:p>
    <w:p>
      <w:r>
        <w:rPr>
          <w:b w:val="0"/>
          <w:sz w:val="22"/>
        </w:rPr>
      </w:r>
    </w:p>
    <w:p/>
    <w:p>
      <w:r>
        <w:rPr>
          <w:b/>
          <w:sz w:val="24"/>
        </w:rPr>
        <w:t>10. Maßnahmen und Empfehlungen</w:t>
      </w:r>
    </w:p>
    <w:p>
      <w:r>
        <w:rPr>
          <w:b w:val="0"/>
          <w:sz w:val="22"/>
        </w:rPr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Veranstalter / Verantwortliche 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Bericht erstellt von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https://bildung-experte.com/bericht-uber-eine-veranstaltung-schreiben/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bericht-uber-eine-veranstaltung-schreiben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