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Begründungsschreiben für Schulwechsel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>
      <w:r>
        <w:rPr>
          <w:b w:val="0"/>
          <w:sz w:val="22"/>
        </w:rPr>
        <w:t>Telefon: 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</w:t>
      </w:r>
    </w:p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der Schule: _________________________________________________</w:t>
      </w:r>
    </w:p>
    <w:p>
      <w:r>
        <w:rPr>
          <w:b w:val="0"/>
          <w:sz w:val="22"/>
        </w:rPr>
        <w:t>Anschrift der Schule: ______________________________________________</w:t>
      </w:r>
    </w:p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Begründung für den Schulwechsel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den Schulwechsel meines Kindes mit folgenden Angaben:</w:t>
      </w:r>
    </w:p>
    <w:p/>
    <w:p>
      <w:r>
        <w:rPr>
          <w:b w:val="0"/>
          <w:sz w:val="22"/>
        </w:rPr>
        <w:t>Name des Kindes: _________________________________________________</w:t>
      </w:r>
    </w:p>
    <w:p>
      <w:r>
        <w:rPr>
          <w:b w:val="0"/>
          <w:sz w:val="22"/>
        </w:rPr>
        <w:t>Geburtsdatum: _____________________________________________________</w:t>
      </w:r>
    </w:p>
    <w:p>
      <w:r>
        <w:rPr>
          <w:b w:val="0"/>
          <w:sz w:val="22"/>
        </w:rPr>
        <w:t>Derzeitige Schule: _________________________________________________</w:t>
      </w:r>
    </w:p>
    <w:p>
      <w:r>
        <w:rPr>
          <w:b w:val="0"/>
          <w:sz w:val="22"/>
        </w:rPr>
        <w:t>Klasse: ___________________________________________________________</w:t>
      </w:r>
    </w:p>
    <w:p/>
    <w:p>
      <w:r>
        <w:rPr>
          <w:b/>
          <w:sz w:val="22"/>
        </w:rPr>
        <w:t>Begründung des Schulwechsels: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>
      <w:r>
        <w:t>________________________________________________________________________</w:t>
      </w:r>
    </w:p>
    <w:p/>
    <w:p>
      <w:r>
        <w:rPr>
          <w:b w:val="0"/>
          <w:sz w:val="22"/>
        </w:rPr>
        <w:t>Ich bitte um Verständnis und Berücksichtigung meines Anliegens.</w:t>
      </w:r>
    </w:p>
    <w:p/>
    <w:p/>
    <w:p>
      <w:r>
        <w:rPr>
          <w:b w:val="0"/>
          <w:sz w:val="22"/>
        </w:rPr>
        <w:t>Ort: ___________________________________</w:t>
      </w:r>
    </w:p>
    <w:p>
      <w:r>
        <w:rPr>
          <w:b w:val="0"/>
          <w:sz w:val="22"/>
        </w:rPr>
        <w:t>Datum: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Erziehungsberechtigte/r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https://bildung-experte.com/begrundungsschreiben-fur-schulwechsel/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begrundungsschreiben-fur-schulwechsel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