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AUSBILDUNGSBESCHEINIGUNG</w:t>
      </w:r>
    </w:p>
    <w:p/>
    <w:p/>
    <w:p>
      <w:r>
        <w:rPr>
          <w:b/>
          <w:sz w:val="24"/>
        </w:rPr>
        <w:t>Ausbildungsbetrieb / Ausbilder: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Anschrift:</w:t>
      </w:r>
    </w:p>
    <w:p>
      <w:r>
        <w:rPr>
          <w:b w:val="0"/>
          <w:sz w:val="22"/>
        </w:rPr>
        <w:t>Telefon:</w:t>
      </w:r>
    </w:p>
    <w:p>
      <w:r>
        <w:rPr>
          <w:b w:val="0"/>
          <w:sz w:val="22"/>
        </w:rPr>
        <w:t>E-Mail:</w:t>
      </w:r>
    </w:p>
    <w:p/>
    <w:p>
      <w:r>
        <w:rPr>
          <w:b/>
          <w:sz w:val="24"/>
        </w:rPr>
        <w:t>Auszubildender:</w:t>
      </w:r>
    </w:p>
    <w:p>
      <w:r>
        <w:rPr>
          <w:b w:val="0"/>
          <w:sz w:val="22"/>
        </w:rPr>
        <w:t>Name:</w:t>
      </w:r>
    </w:p>
    <w:p>
      <w:r>
        <w:rPr>
          <w:b w:val="0"/>
          <w:sz w:val="22"/>
        </w:rPr>
        <w:t>Geburtsdatum:</w:t>
      </w:r>
    </w:p>
    <w:p>
      <w:r>
        <w:rPr>
          <w:b w:val="0"/>
          <w:sz w:val="22"/>
        </w:rPr>
        <w:t>Anschrift:</w:t>
      </w:r>
    </w:p>
    <w:p/>
    <w:p>
      <w:r>
        <w:rPr>
          <w:b/>
          <w:sz w:val="24"/>
        </w:rPr>
        <w:t>Ausbildungszeitraum:</w:t>
      </w:r>
    </w:p>
    <w:p>
      <w:r>
        <w:rPr>
          <w:b w:val="0"/>
          <w:sz w:val="22"/>
        </w:rPr>
        <w:t>Beginn der Ausbildung:</w:t>
      </w:r>
    </w:p>
    <w:p>
      <w:r>
        <w:rPr>
          <w:b w:val="0"/>
          <w:sz w:val="22"/>
        </w:rPr>
        <w:t>Voraussichtliches Ende der Ausbildung:</w:t>
      </w:r>
    </w:p>
    <w:p/>
    <w:p>
      <w:r>
        <w:rPr>
          <w:b/>
          <w:sz w:val="24"/>
        </w:rPr>
        <w:t>Ausbildungsberuf:</w:t>
      </w:r>
    </w:p>
    <w:p>
      <w:r>
        <w:rPr>
          <w:b w:val="0"/>
          <w:sz w:val="22"/>
        </w:rPr>
        <w:t>Bezeichnung des Ausbildungsberufs:</w:t>
      </w:r>
    </w:p>
    <w:p/>
    <w:p>
      <w:r>
        <w:rPr>
          <w:b/>
          <w:sz w:val="24"/>
        </w:rPr>
        <w:t>Bestätigung:</w:t>
      </w:r>
    </w:p>
    <w:p>
      <w:r>
        <w:rPr>
          <w:b w:val="0"/>
          <w:sz w:val="22"/>
        </w:rPr>
        <w:t>Hiermit wird bescheinigt, dass der/die Auszubildende die oben genannte Ausbildung im genannten Zeitraum im Ausbildungsbetrieb ordnungsgemäß durchführt. Die Ausbildung erfolgt gemäß den Vorgaben des Berufsbildungsgesetzes und der Ausbildungsordnung.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Ausbilder / Ausbildungsbetrieb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Auszubildender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https://bildung-experte.com/ausbildungsbescheinigung/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https://bildung-experte.com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bildung-experte.com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ildung-experte.com/ausbildungsbescheinigung/" TargetMode="External"/><Relationship Id="rId10" Type="http://schemas.openxmlformats.org/officeDocument/2006/relationships/hyperlink" Target="https://bildung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