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AUSBILDUNGSBESCHEINIGUNG FAHRSCHULE</w:t>
      </w:r>
    </w:p>
    <w:p/>
    <w:p/>
    <w:p>
      <w:r>
        <w:rPr>
          <w:b w:val="0"/>
          <w:sz w:val="22"/>
        </w:rPr>
        <w:t>Hiermit wird bescheinigt, dass die nachfolgend genannte Person im Rahmen der Fahrausbildung alle erforderlichen Ausbildungsabschnitte gemäß den gesetzlichen Bestimmungen erfolgreich absolviert hat.</w:t>
      </w:r>
    </w:p>
    <w:p/>
    <w:p/>
    <w:p>
      <w:r>
        <w:rPr>
          <w:b/>
          <w:sz w:val="22"/>
        </w:rPr>
        <w:t>Persönliche Daten: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Vorname: 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/>
    <w:p>
      <w:r>
        <w:rPr>
          <w:b/>
          <w:sz w:val="22"/>
        </w:rPr>
        <w:t>Ausbildungsdaten:</w:t>
      </w:r>
    </w:p>
    <w:p>
      <w:r>
        <w:rPr>
          <w:b w:val="0"/>
          <w:sz w:val="22"/>
        </w:rPr>
        <w:t>Fahrzeugklasse(n): ___________________________________________________</w:t>
      </w:r>
    </w:p>
    <w:p>
      <w:r>
        <w:rPr>
          <w:b w:val="0"/>
          <w:sz w:val="22"/>
        </w:rPr>
        <w:t>Ausbildungsbeginn: ____________________________________________________</w:t>
      </w:r>
    </w:p>
    <w:p>
      <w:r>
        <w:rPr>
          <w:b w:val="0"/>
          <w:sz w:val="22"/>
        </w:rPr>
        <w:t>Ausbildungsende: ______________________________________________________</w:t>
      </w:r>
    </w:p>
    <w:p>
      <w:r>
        <w:rPr>
          <w:b w:val="0"/>
          <w:sz w:val="22"/>
        </w:rPr>
        <w:t>Fahrlehrer/-in: _______________________________________________________</w:t>
      </w:r>
    </w:p>
    <w:p/>
    <w:p>
      <w:r>
        <w:rPr>
          <w:b/>
          <w:sz w:val="22"/>
        </w:rPr>
        <w:t>Bestätigung der Ausbildung:</w:t>
      </w:r>
    </w:p>
    <w:p>
      <w:r>
        <w:rPr>
          <w:b w:val="0"/>
          <w:sz w:val="22"/>
        </w:rPr>
        <w:t>Es wird bestätigt, dass die oben genannte Person die theoretische und praktische Fahrausbildung entsprechend den Vorgaben der Fahrerlaubnis-Verordnung (FeV) durchlaufen hat. Die Ausbildung umfasste mindestens die vorgeschriebenen Fahrstunden, Sonderfahrten sowie theoretischen Unterrichtseinheiten.</w:t>
      </w:r>
    </w:p>
    <w:p/>
    <w:p>
      <w:r>
        <w:rPr>
          <w:b w:val="0"/>
          <w:sz w:val="22"/>
        </w:rPr>
        <w:t>Diese Bescheinigung stellt keine Fahrerlaubnis dar. Die Erteilung der Fahrerlaubnis erfolgt erst nach erfolgreichem Bestehen der theoretischen und praktischen Fahrerlaubnisprüfung bei der zuständigen Fahrerlaubnisbehörde.</w:t>
      </w:r>
    </w:p>
    <w:p/>
    <w:p/>
    <w:p>
      <w:r>
        <w:rPr>
          <w:b w:val="0"/>
          <w:sz w:val="22"/>
        </w:rPr>
        <w:t>Ausstellungsort: _____________________________________________________</w:t>
      </w:r>
    </w:p>
    <w:p>
      <w:r>
        <w:rPr>
          <w:b w:val="0"/>
          <w:sz w:val="22"/>
        </w:rPr>
        <w:t>Ausstellungsdatum: 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Auszubildender / Auszubildende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Fahrlehrer / Fahrlehrerin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https://bildung-experte.com/ausbildungsbescheinigung-fahrschule/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usbildungsbescheinigung-fahrschule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