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ANTRAG AUF KLASSENWECHSEL</w:t>
      </w:r>
    </w:p>
    <w:p/>
    <w:p/>
    <w:p>
      <w:r>
        <w:rPr>
          <w:b/>
          <w:sz w:val="22"/>
        </w:rPr>
        <w:t>1. Persönliche Daten des Antragstellers:</w:t>
      </w:r>
    </w:p>
    <w:p>
      <w:r>
        <w:rPr>
          <w:sz w:val="20"/>
        </w:rPr>
        <w:t>Vorname, Nachname: ________________________________________________</w:t>
      </w:r>
    </w:p>
    <w:p>
      <w:r>
        <w:rPr>
          <w:sz w:val="20"/>
        </w:rPr>
        <w:t>Geburtsdatum: _____________________________________________________</w:t>
      </w:r>
    </w:p>
    <w:p>
      <w:r>
        <w:rPr>
          <w:sz w:val="20"/>
        </w:rPr>
        <w:t>Schule: ___________________________________________________________</w:t>
      </w:r>
    </w:p>
    <w:p>
      <w:r>
        <w:rPr>
          <w:sz w:val="20"/>
        </w:rPr>
        <w:t>Klasse derzeit: ____________________________________________________</w:t>
      </w:r>
    </w:p>
    <w:p>
      <w:r>
        <w:rPr>
          <w:sz w:val="20"/>
        </w:rPr>
        <w:t>Klasse ab Antrag: _________________________________________________</w:t>
      </w:r>
    </w:p>
    <w:p>
      <w:r>
        <w:rPr>
          <w:sz w:val="20"/>
        </w:rPr>
        <w:t>Anschrift: ________________________________________________________</w:t>
      </w:r>
    </w:p>
    <w:p>
      <w:r>
        <w:rPr>
          <w:sz w:val="20"/>
        </w:rPr>
        <w:t>Telefonnummer: ____________________________________________________</w:t>
      </w:r>
    </w:p>
    <w:p>
      <w:r>
        <w:rPr>
          <w:sz w:val="20"/>
        </w:rPr>
        <w:t>E-Mail-Adresse: ___________________________________________________</w:t>
      </w:r>
    </w:p>
    <w:p/>
    <w:p>
      <w:r>
        <w:rPr>
          <w:b/>
          <w:sz w:val="22"/>
        </w:rPr>
        <w:t>2. Begründung für den Klassenwechsel:</w:t>
      </w:r>
    </w:p>
    <w:p>
      <w:r>
        <w:rPr>
          <w:sz w:val="20"/>
        </w:rPr>
        <w:t>____________________________________________________________________</w:t>
      </w:r>
    </w:p>
    <w:p>
      <w:r>
        <w:rPr>
          <w:sz w:val="20"/>
        </w:rPr>
        <w:t>____________________________________________________________________</w:t>
      </w:r>
    </w:p>
    <w:p>
      <w:r>
        <w:rPr>
          <w:sz w:val="20"/>
        </w:rPr>
        <w:t>____________________________________________________________________</w:t>
      </w:r>
    </w:p>
    <w:p>
      <w:r>
        <w:rPr>
          <w:sz w:val="20"/>
        </w:rPr>
        <w:t>____________________________________________________________________</w:t>
      </w:r>
    </w:p>
    <w:p/>
    <w:p>
      <w:r>
        <w:rPr>
          <w:b/>
          <w:sz w:val="22"/>
        </w:rPr>
        <w:t>3. Erklärung des Antragstellers:</w:t>
      </w:r>
    </w:p>
    <w:p>
      <w:r>
        <w:rPr>
          <w:sz w:val="20"/>
        </w:rPr>
        <w:t>Ich beantrage hiermit den Wechsel in die oben genannte Klasse und bestätige, dass alle Angaben vollständig und wahrheitsgemäß sind.</w:t>
      </w:r>
    </w:p>
    <w:p>
      <w:r>
        <w:rPr>
          <w:sz w:val="20"/>
        </w:rPr>
        <w:t>Mir ist bekannt, dass der Antrag nur bei Vorliegen der Voraussetzungen bewilligt werden kann.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Antragsteller(in)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Erziehungsberechtigte(r)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/>
    <w:p/>
    <w:p>
      <w:r>
        <w:rPr>
          <w:b/>
          <w:sz w:val="22"/>
        </w:rPr>
        <w:t>4. Für die Schule / Verwaltung (auszufüllen)</w:t>
      </w:r>
    </w:p>
    <w:p>
      <w:r>
        <w:rPr>
          <w:sz w:val="20"/>
        </w:rPr>
        <w:t>Entscheidung:</w:t>
      </w:r>
    </w:p>
    <w:p>
      <w:r>
        <w:rPr>
          <w:sz w:val="20"/>
        </w:rPr>
        <w:t>____________________________________________________________________</w:t>
      </w:r>
    </w:p>
    <w:p>
      <w:r>
        <w:rPr>
          <w:sz w:val="20"/>
        </w:rPr>
        <w:t>____________________________________________________________________</w:t>
      </w:r>
    </w:p>
    <w:p>
      <w:r>
        <w:rPr>
          <w:sz w:val="20"/>
        </w:rPr>
        <w:t>Datum: ____________________________</w:t>
      </w:r>
    </w:p>
    <w:p>
      <w:r>
        <w:rPr>
          <w:sz w:val="20"/>
        </w:rPr>
        <w:t>Unterschrift: 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https://bildung-experte.com/antrag-klassenwechsel-nrw/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antrag-klassenwechsel-nrw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