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b/>
          <w:sz w:val="22"/>
        </w:rPr>
        <w:t>ANTRAG AUF EINEN BILDUNGSGUTSCHEIN</w:t>
      </w:r>
    </w:p>
    <w:p/>
    <w:p/>
    <w:p>
      <w:r>
        <w:rPr>
          <w:b/>
          <w:sz w:val="24"/>
        </w:rPr>
        <w:t>1. Persönliche Angaben des Antragstellers / der Antragstellerin</w:t>
      </w:r>
    </w:p>
    <w:p>
      <w:r>
        <w:rPr>
          <w:b w:val="0"/>
          <w:sz w:val="22"/>
        </w:rPr>
        <w:t>Vorname: ____________________________________________________________</w:t>
      </w:r>
    </w:p>
    <w:p>
      <w:r>
        <w:rPr>
          <w:b w:val="0"/>
          <w:sz w:val="22"/>
        </w:rPr>
        <w:t>Nachname: ___________________________________________________________</w:t>
      </w:r>
    </w:p>
    <w:p>
      <w:r>
        <w:rPr>
          <w:b w:val="0"/>
          <w:sz w:val="22"/>
        </w:rPr>
        <w:t>Geburtsdatum: _______________________________________________________</w:t>
      </w:r>
    </w:p>
    <w:p>
      <w:r>
        <w:rPr>
          <w:b w:val="0"/>
          <w:sz w:val="22"/>
        </w:rPr>
        <w:t>Anschrift: ___________________________________________________________</w:t>
      </w:r>
    </w:p>
    <w:p>
      <w:r>
        <w:rPr>
          <w:b w:val="0"/>
          <w:sz w:val="22"/>
        </w:rPr>
        <w:t>Telefonnummer: ______________________________________________________</w:t>
      </w:r>
    </w:p>
    <w:p>
      <w:r>
        <w:rPr>
          <w:b w:val="0"/>
          <w:sz w:val="22"/>
        </w:rPr>
        <w:t>E-Mail-Adresse: ______________________________________________________</w:t>
      </w:r>
    </w:p>
    <w:p/>
    <w:p>
      <w:r>
        <w:rPr>
          <w:b/>
          <w:sz w:val="24"/>
        </w:rPr>
        <w:t>2. Angaben zum aktuellen Arbeitgeber (falls zutreffend)</w:t>
      </w:r>
    </w:p>
    <w:p>
      <w:r>
        <w:rPr>
          <w:b w:val="0"/>
          <w:sz w:val="22"/>
        </w:rPr>
        <w:t>Firmenname: _________________________________________________________</w:t>
      </w:r>
    </w:p>
    <w:p>
      <w:r>
        <w:rPr>
          <w:b w:val="0"/>
          <w:sz w:val="22"/>
        </w:rPr>
        <w:t>Anschrift: ___________________________________________________________</w:t>
      </w:r>
    </w:p>
    <w:p>
      <w:r>
        <w:rPr>
          <w:b w:val="0"/>
          <w:sz w:val="22"/>
        </w:rPr>
        <w:t>Beschäftigt seit (Monat/Jahr): ________________________________________</w:t>
      </w:r>
    </w:p>
    <w:p>
      <w:r>
        <w:rPr>
          <w:b w:val="0"/>
          <w:sz w:val="22"/>
        </w:rPr>
        <w:t>Tätigkeitsbeschreibung: _______________________________________________</w:t>
      </w:r>
    </w:p>
    <w:p/>
    <w:p>
      <w:r>
        <w:rPr>
          <w:b/>
          <w:sz w:val="24"/>
        </w:rPr>
        <w:t>3. Angaben zur beantragten Weiterbildung</w:t>
      </w:r>
    </w:p>
    <w:p>
      <w:r>
        <w:rPr>
          <w:b w:val="0"/>
          <w:sz w:val="22"/>
        </w:rPr>
        <w:t>Name und Art der Weiterbildungsmaßnahme: _____________________________</w:t>
      </w:r>
    </w:p>
    <w:p>
      <w:r>
        <w:rPr>
          <w:b w:val="0"/>
          <w:sz w:val="22"/>
        </w:rPr>
        <w:t>Anbieter / Bildungsträger: ____________________________________________</w:t>
      </w:r>
    </w:p>
    <w:p>
      <w:r>
        <w:rPr>
          <w:b w:val="0"/>
          <w:sz w:val="22"/>
        </w:rPr>
        <w:t>Dauer der Maßnahme (von - bis): _______________________________________</w:t>
      </w:r>
    </w:p>
    <w:p>
      <w:r>
        <w:rPr>
          <w:b w:val="0"/>
          <w:sz w:val="22"/>
        </w:rPr>
        <w:t>Ort der Durchführung: _________________________________________________</w:t>
      </w:r>
    </w:p>
    <w:p/>
    <w:p>
      <w:r>
        <w:rPr>
          <w:b/>
          <w:sz w:val="24"/>
        </w:rPr>
        <w:t>4. Begründung und Ziel der Weiterbildung</w:t>
      </w:r>
    </w:p>
    <w:p>
      <w:r>
        <w:rPr>
          <w:b w:val="0"/>
          <w:sz w:val="22"/>
        </w:rPr>
        <w:t>_______________________________________________________________________</w:t>
      </w:r>
    </w:p>
    <w:p>
      <w:r>
        <w:rPr>
          <w:b w:val="0"/>
          <w:sz w:val="22"/>
        </w:rPr>
        <w:t>_______________________________________________________________________</w:t>
      </w:r>
    </w:p>
    <w:p>
      <w:r>
        <w:rPr>
          <w:b w:val="0"/>
          <w:sz w:val="22"/>
        </w:rPr>
        <w:t>_______________________________________________________________________</w:t>
      </w:r>
    </w:p>
    <w:p>
      <w:r>
        <w:rPr>
          <w:b w:val="0"/>
          <w:sz w:val="22"/>
        </w:rPr>
        <w:t>_______________________________________________________________________</w:t>
      </w:r>
    </w:p>
    <w:p/>
    <w:p>
      <w:r>
        <w:rPr>
          <w:b/>
          <w:sz w:val="24"/>
        </w:rPr>
        <w:t>5. Erklärung</w:t>
      </w:r>
    </w:p>
    <w:p>
      <w:r>
        <w:rPr>
          <w:b w:val="0"/>
          <w:sz w:val="22"/>
        </w:rPr>
        <w:t>Hiermit beantrage ich einen Bildungsgutschein zur Förderung der oben genannten Weiterbildungsmaßnahme gemäß den Bestimmungen des § 81 SGB III. Ich bestätige, dass ich die Voraussetzungen für die Beantragung erfülle und alle gemachten Angaben vollständig und wahrheitsgemäß sind. Mir ist bekannt, dass falsche Angaben rechtliche Konsequenzen haben können.</w:t>
      </w:r>
    </w:p>
    <w:p/>
    <w:p/>
    <w:p>
      <w:r>
        <w:rPr>
          <w:b w:val="0"/>
          <w:sz w:val="22"/>
        </w:rPr>
        <w:t>Ort: ________________________________________________________________</w:t>
      </w:r>
    </w:p>
    <w:p>
      <w:r>
        <w:rPr>
          <w:b w:val="0"/>
          <w:sz w:val="22"/>
        </w:rPr>
        <w:t>Datum: ______________________________________________________________</w:t>
      </w:r>
    </w:p>
    <w:p/>
    <w:p/>
    <w:tbl>
      <w:tblPr>
        <w:tblW w:type="auto" w:w="0"/>
        <w:tblLayout w:type="autofit"/>
        <w:tblLook w:firstColumn="1" w:firstRow="1" w:lastColumn="0" w:lastRow="0" w:noHBand="0" w:noVBand="1" w:val="04A0"/>
      </w:tblPr>
      <w:tblGrid>
        <w:gridCol w:w="9972"/>
      </w:tblGrid>
      <w:tr>
        <w:tc>
          <w:tcPr>
            <w:tcW w:type="dxa" w:w="9972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left"/>
            </w:pPr>
            <w:r>
              <w:rPr>
                <w:sz w:val="22"/>
              </w:rPr>
              <w:t>Unterschrift Antragsteller/in: ______________________________________</w:t>
            </w:r>
          </w:p>
        </w:tc>
      </w:tr>
      <w:tr>
        <w:tc>
          <w:tcPr>
            <w:tcW w:type="dxa" w:w="9972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left"/>
            </w:pPr>
            <w:r>
              <w:rPr>
                <w:sz w:val="22"/>
              </w:rPr>
              <w:t>Unterschrift Arbeitsagentur / Jobcenter (bei Bedarf): ________________</w:t>
            </w:r>
          </w:p>
        </w:tc>
      </w:tr>
    </w:tbl>
    <w:p>
      <w:r>
        <w:br w:type="page"/>
      </w:r>
    </w:p>
    <w:p>
      <w:pPr>
        <w:jc w:val="center"/>
      </w:pPr>
      <w:r>
        <w:rPr>
          <w:color w:val="555555"/>
          <w:sz w:val="24"/>
        </w:rPr>
        <w:t>Originalquelle dieses Dokuments:</w:t>
      </w:r>
    </w:p>
    <w:p>
      <w:pPr>
        <w:jc w:val="center"/>
      </w:pPr>
      <w:hyperlink r:id="rId9">
        <w:r>
          <w:rPr>
            <w:color w:val="0000FF"/>
            <w:u w:val="single"/>
          </w:rPr>
          <w:t>https://bildung-experte.com/antrag-bildungsgutschein/</w:t>
        </w:r>
      </w:hyperlink>
    </w:p>
    <w:p>
      <w:pPr>
        <w:jc w:val="center"/>
      </w:pPr>
      <w:r>
        <w:rPr>
          <w:color w:val="555555"/>
          <w:sz w:val="26"/>
        </w:rPr>
        <w:t>War diese Vorlage für Sie hilfreich?</w:t>
      </w:r>
    </w:p>
    <w:p>
      <w:pPr>
        <w:jc w:val="center"/>
      </w:pPr>
      <w:r>
        <w:rPr>
          <w:color w:val="555555"/>
          <w:sz w:val="26"/>
        </w:rPr>
        <w:t>Weitere aktuelle Vorlagen finden Sie unter:</w:t>
      </w:r>
    </w:p>
    <w:p>
      <w:pPr>
        <w:jc w:val="center"/>
      </w:pPr>
      <w:hyperlink r:id="rId10">
        <w:r>
          <w:rPr>
            <w:color w:val="0000FF"/>
            <w:u w:val="single"/>
          </w:rPr>
          <w:t>https://bildung-experte.com</w:t>
        </w:r>
      </w:hyperlink>
    </w:p>
    <w:p>
      <w:pPr>
        <w:jc w:val="center"/>
      </w:pPr>
      <w:r>
        <w:rPr>
          <w:color w:val="808080"/>
          <w:sz w:val="20"/>
        </w:rPr>
        <w:t>Diese Vorlage ist ausschließlich für den persönlichen, nicht kommerziellen Gebrauch bestimmt.</w:t>
        <w:br/>
        <w:t>Bei Weitergabe oder Veröffentlichung ist die Nennung der Quelle verpflichtend. © bildung-experte.com</w:t>
      </w:r>
    </w:p>
    <w:sectPr w:rsidR="00FC693F" w:rsidRPr="0006063C" w:rsidSect="00034616">
      <w:pgSz w:w="12240" w:h="15840"/>
      <w:pgMar w:top="1134" w:right="1134" w:bottom="1134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yperlink" Target="https://bildung-experte.com/antrag-bildungsgutschein/" TargetMode="External"/><Relationship Id="rId10" Type="http://schemas.openxmlformats.org/officeDocument/2006/relationships/hyperlink" Target="https://bildung-experte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