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WEITERBILDUNG BEIM ARBEITGEBER</w:t>
      </w:r>
    </w:p>
    <w:p/>
    <w:p/>
    <w:p>
      <w:r>
        <w:rPr>
          <w:b/>
          <w:sz w:val="22"/>
        </w:rPr>
        <w:t>An</w:t>
      </w:r>
    </w:p>
    <w:p>
      <w:r>
        <w:rPr>
          <w:b w:val="0"/>
          <w:sz w:val="22"/>
        </w:rPr>
        <w:t>Firma / Abteilung: _______________________________________________</w:t>
      </w:r>
    </w:p>
    <w:p>
      <w:r>
        <w:rPr>
          <w:b w:val="0"/>
          <w:sz w:val="22"/>
        </w:rPr>
        <w:t>Ansprechpartner: _________________________________________________</w:t>
      </w:r>
    </w:p>
    <w:p>
      <w:r>
        <w:rPr>
          <w:b w:val="0"/>
          <w:sz w:val="22"/>
        </w:rPr>
        <w:t>Adresse: _________________________________________________________</w:t>
      </w:r>
    </w:p>
    <w:p/>
    <w:p/>
    <w:p>
      <w:r>
        <w:rPr>
          <w:b/>
          <w:sz w:val="22"/>
        </w:rPr>
        <w:t>Von</w:t>
      </w:r>
    </w:p>
    <w:p>
      <w:r>
        <w:rPr>
          <w:b w:val="0"/>
          <w:sz w:val="22"/>
        </w:rPr>
        <w:t>Name: ____________________________________________________________</w:t>
      </w:r>
    </w:p>
    <w:p>
      <w:r>
        <w:rPr>
          <w:b w:val="0"/>
          <w:sz w:val="22"/>
        </w:rPr>
        <w:t>Position: _________________________________________________________</w:t>
      </w:r>
    </w:p>
    <w:p>
      <w:r>
        <w:rPr>
          <w:b w:val="0"/>
          <w:sz w:val="22"/>
        </w:rPr>
        <w:t>Abteilung: 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Genehmigung einer Weiterbildung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Genehmigung zur Teilnahme an folgender Weiterbildung / Qualifizierungsmaßnahme:</w:t>
      </w:r>
    </w:p>
    <w:p>
      <w:r>
        <w:rPr>
          <w:b w:val="0"/>
          <w:sz w:val="22"/>
        </w:rPr>
        <w:t>Titel der Weiterbildung: ___________________________________________</w:t>
      </w:r>
    </w:p>
    <w:p>
      <w:r>
        <w:rPr>
          <w:b w:val="0"/>
          <w:sz w:val="22"/>
        </w:rPr>
        <w:t>Veranstalter / Anbieter: ___________________________________________</w:t>
      </w:r>
    </w:p>
    <w:p>
      <w:r>
        <w:rPr>
          <w:b w:val="0"/>
          <w:sz w:val="22"/>
        </w:rPr>
        <w:t>Ort der Weiterbildung: _____________________________________________</w:t>
      </w:r>
    </w:p>
    <w:p>
      <w:r>
        <w:rPr>
          <w:b w:val="0"/>
          <w:sz w:val="22"/>
        </w:rPr>
        <w:t>Zeitraum: _________________________________________________________</w:t>
      </w:r>
    </w:p>
    <w:p>
      <w:r>
        <w:rPr>
          <w:b w:val="0"/>
          <w:sz w:val="22"/>
        </w:rPr>
        <w:t>Umfang (z.B. Stunden / Tage): ______________________________________</w:t>
      </w:r>
    </w:p>
    <w:p/>
    <w:p>
      <w:r>
        <w:rPr>
          <w:b/>
          <w:sz w:val="22"/>
        </w:rPr>
        <w:t>Begründung des Weiterbildungsbedarfs: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/>
    <w:p>
      <w:r>
        <w:rPr>
          <w:b/>
          <w:sz w:val="22"/>
        </w:rPr>
        <w:t>Vorteile für das Unternehmen: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/>
    <w:p>
      <w:r>
        <w:rPr>
          <w:b w:val="0"/>
          <w:sz w:val="22"/>
        </w:rPr>
        <w:t>Ich versichere, dass die Weiterbildung meine beruflichen Kenntnisse und Fähigkeiten erweitert und somit einen positiven Beitrag zur Erfüllung meiner Aufgaben im Unternehmen leistet.</w:t>
      </w:r>
    </w:p>
    <w:p/>
    <w:p/>
    <w:p>
      <w:r>
        <w:rPr>
          <w:b w:val="0"/>
          <w:sz w:val="22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/ Personalabteilung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https://bildung-experte.com/antrag-auf-weiterbildung-beim-arbeitgeber/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ntrag-auf-weiterbildung-beim-arbeitgeber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