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VOLLZEIT</w:t>
      </w:r>
    </w:p>
    <w:p/>
    <w:p/>
    <w:p>
      <w:r>
        <w:rPr>
          <w:b/>
          <w:sz w:val="24"/>
        </w:rPr>
        <w:t>Persönliche Angaben</w:t>
      </w:r>
    </w:p>
    <w:p>
      <w:r>
        <w:rPr>
          <w:b w:val="0"/>
          <w:sz w:val="22"/>
        </w:rPr>
        <w:t>Vorname: ________________________________________________________</w:t>
      </w:r>
    </w:p>
    <w:p>
      <w:r>
        <w:rPr>
          <w:b w:val="0"/>
          <w:sz w:val="22"/>
        </w:rPr>
        <w:t>Nachname: _______________________________________________________</w:t>
      </w:r>
    </w:p>
    <w:p>
      <w:r>
        <w:rPr>
          <w:b w:val="0"/>
          <w:sz w:val="22"/>
        </w:rPr>
        <w:t>Geburtsdatum: ___________________________________________________</w:t>
      </w:r>
    </w:p>
    <w:p>
      <w:r>
        <w:rPr>
          <w:b w:val="0"/>
          <w:sz w:val="22"/>
        </w:rPr>
        <w:t>Anschrift: ______________________________________________________</w:t>
      </w:r>
    </w:p>
    <w:p>
      <w:r>
        <w:rPr>
          <w:b w:val="0"/>
          <w:sz w:val="22"/>
        </w:rPr>
        <w:t>Telefonnummer: _________________________________________________</w:t>
      </w:r>
    </w:p>
    <w:p>
      <w:r>
        <w:rPr>
          <w:b w:val="0"/>
          <w:sz w:val="22"/>
        </w:rPr>
        <w:t>E-Mail-Adresse: _________________________________________________</w:t>
      </w:r>
    </w:p>
    <w:p/>
    <w:p>
      <w:r>
        <w:rPr>
          <w:b/>
          <w:sz w:val="24"/>
        </w:rPr>
        <w:t>Angaben zur derzeitigen Beschäftigung</w:t>
      </w:r>
    </w:p>
    <w:p>
      <w:r>
        <w:rPr>
          <w:b w:val="0"/>
          <w:sz w:val="22"/>
        </w:rPr>
        <w:t>Derzeitiger Arbeitgeber: _________________________________________</w:t>
      </w:r>
    </w:p>
    <w:p>
      <w:r>
        <w:rPr>
          <w:b w:val="0"/>
          <w:sz w:val="22"/>
        </w:rPr>
        <w:t>Beschäftigungsart: ______________________________________________</w:t>
      </w:r>
    </w:p>
    <w:p>
      <w:r>
        <w:rPr>
          <w:b w:val="0"/>
          <w:sz w:val="22"/>
        </w:rPr>
        <w:t>Arbeitszeit (Stunden/Woche): _____________________________________</w:t>
      </w:r>
    </w:p>
    <w:p>
      <w:r>
        <w:rPr>
          <w:b w:val="0"/>
          <w:sz w:val="22"/>
        </w:rPr>
        <w:t>Bisheriger Arbeitsvertrag gültig bis: _____________________________</w:t>
      </w:r>
    </w:p>
    <w:p/>
    <w:p>
      <w:r>
        <w:rPr>
          <w:b/>
          <w:sz w:val="24"/>
        </w:rPr>
        <w:t>Angaben zum Antrag auf Vollzeit</w:t>
      </w:r>
    </w:p>
    <w:p>
      <w:r>
        <w:rPr>
          <w:b w:val="0"/>
          <w:sz w:val="22"/>
        </w:rPr>
        <w:t xml:space="preserve">Ich beantrage hiermit die Umwandlung meiner derzeitigen Beschäftigung </w:t>
      </w:r>
    </w:p>
    <w:p>
      <w:r>
        <w:rPr>
          <w:b w:val="0"/>
          <w:sz w:val="22"/>
        </w:rPr>
        <w:t>in eine Vollzeitbeschäftigung mit einer wöchentlichen Arbeitszeit von</w:t>
      </w:r>
    </w:p>
    <w:p>
      <w:r>
        <w:rPr>
          <w:b w:val="0"/>
          <w:sz w:val="22"/>
        </w:rPr>
        <w:t>____________________________________________________________</w:t>
      </w:r>
    </w:p>
    <w:p>
      <w:r>
        <w:rPr>
          <w:b w:val="0"/>
          <w:sz w:val="22"/>
        </w:rPr>
        <w:t>Stunden.</w:t>
      </w:r>
    </w:p>
    <w:p/>
    <w:p>
      <w:r>
        <w:rPr>
          <w:b/>
          <w:sz w:val="24"/>
        </w:rPr>
        <w:t>Begründung (optional)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/>
    <w:p>
      <w:r>
        <w:rPr>
          <w:b/>
          <w:sz w:val="24"/>
        </w:rPr>
        <w:t>Rechtliche Hinweise</w:t>
      </w:r>
    </w:p>
    <w:p>
      <w:r>
        <w:rPr>
          <w:b w:val="0"/>
          <w:sz w:val="22"/>
        </w:rPr>
        <w:t xml:space="preserve">Mit der Unterzeichnung dieses Antrags bestätige ich, dass ich die rechtlichen </w:t>
      </w:r>
    </w:p>
    <w:p>
      <w:r>
        <w:rPr>
          <w:b w:val="0"/>
          <w:sz w:val="22"/>
        </w:rPr>
        <w:t xml:space="preserve">Rahmenbedingungen und betrieblichen Regelungen zur Vollzeitbeschäftigung kenne </w:t>
      </w:r>
    </w:p>
    <w:p>
      <w:r>
        <w:rPr>
          <w:b w:val="0"/>
          <w:sz w:val="22"/>
        </w:rPr>
        <w:t xml:space="preserve">und akzeptiere. Dieser Antrag erfolgt freiwillig und entspricht meinem aktuellen </w:t>
      </w:r>
    </w:p>
    <w:p>
      <w:r>
        <w:rPr>
          <w:b w:val="0"/>
          <w:sz w:val="22"/>
        </w:rPr>
        <w:t>Wunsch zur Anpassung meiner Arbeitszeit.</w:t>
      </w:r>
    </w:p>
    <w:p/>
    <w:p/>
    <w:p>
      <w:r>
        <w:rPr>
          <w:b w:val="0"/>
          <w:sz w:val="22"/>
        </w:rPr>
        <w:t>Ort: ____________________________________________________________</w:t>
      </w:r>
    </w:p>
    <w:p>
      <w:r>
        <w:rPr>
          <w:b w:val="0"/>
          <w:sz w:val="22"/>
        </w:rPr>
        <w:t>Unterschrift Mitarbeiter/in: _______________________________________</w:t>
      </w:r>
    </w:p>
    <w:p/>
    <w:p/>
    <w:p>
      <w:r>
        <w:rPr>
          <w:b/>
          <w:sz w:val="24"/>
        </w:rPr>
        <w:t>Bestätigung des Arbeitgebers</w:t>
      </w:r>
    </w:p>
    <w:p>
      <w:r>
        <w:rPr>
          <w:b w:val="0"/>
          <w:sz w:val="22"/>
        </w:rPr>
        <w:t>Der Antrag wurde geprüft und wie folgt entschieden: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/>
    <w:p>
      <w:r>
        <w:rPr>
          <w:b w:val="0"/>
          <w:sz w:val="22"/>
        </w:rPr>
        <w:t>Ort: ____________________________________________________________</w:t>
      </w:r>
    </w:p>
    <w:p>
      <w:r>
        <w:rPr>
          <w:b w:val="0"/>
          <w:sz w:val="22"/>
        </w:rPr>
        <w:t>Unterschrift Arbeitgeber/in: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https://bildung-experte.com/antrag-auf-vollzeit/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antrag-auf-vollzeit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