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ANTRAG AUF SCHULVERBLEIB NACH UMZUG</w:t>
      </w:r>
    </w:p>
    <w:p/>
    <w:p/>
    <w:p>
      <w:r>
        <w:rPr>
          <w:b/>
          <w:sz w:val="22"/>
        </w:rPr>
        <w:t>1. Angaben zum Antragsteller</w:t>
      </w:r>
    </w:p>
    <w:p>
      <w:r>
        <w:rPr>
          <w:b w:val="0"/>
          <w:sz w:val="22"/>
        </w:rPr>
        <w:t>Name des Kindes:</w:t>
      </w:r>
    </w:p>
    <w:p>
      <w:r>
        <w:rPr>
          <w:b w:val="0"/>
          <w:sz w:val="22"/>
        </w:rPr>
        <w:t>____________________________________________________________</w:t>
      </w:r>
    </w:p>
    <w:p>
      <w:r>
        <w:rPr>
          <w:b w:val="0"/>
          <w:sz w:val="22"/>
        </w:rPr>
        <w:t>Geburtsdatum des Kindes:</w:t>
      </w:r>
    </w:p>
    <w:p>
      <w:r>
        <w:rPr>
          <w:b w:val="0"/>
          <w:sz w:val="22"/>
        </w:rPr>
        <w:t>____________________________________________________________</w:t>
      </w:r>
    </w:p>
    <w:p>
      <w:r>
        <w:rPr>
          <w:b w:val="0"/>
          <w:sz w:val="22"/>
        </w:rPr>
        <w:t>Anschrift des Kindes (neue Adresse):</w:t>
      </w:r>
    </w:p>
    <w:p>
      <w:r>
        <w:rPr>
          <w:b w:val="0"/>
          <w:sz w:val="22"/>
        </w:rPr>
        <w:t>____________________________________________________________</w:t>
      </w:r>
    </w:p>
    <w:p>
      <w:r>
        <w:rPr>
          <w:b w:val="0"/>
          <w:sz w:val="22"/>
        </w:rPr>
        <w:t>Klasse / Jahrgangsstufe:</w:t>
      </w:r>
    </w:p>
    <w:p>
      <w:r>
        <w:rPr>
          <w:b w:val="0"/>
          <w:sz w:val="22"/>
        </w:rPr>
        <w:t>____________________________________________________________</w:t>
      </w:r>
    </w:p>
    <w:p/>
    <w:p>
      <w:r>
        <w:rPr>
          <w:b/>
          <w:sz w:val="22"/>
        </w:rPr>
        <w:t>2. Angaben zur bisherigen Schule</w:t>
      </w:r>
    </w:p>
    <w:p>
      <w:r>
        <w:rPr>
          <w:b w:val="0"/>
          <w:sz w:val="22"/>
        </w:rPr>
        <w:t>Name der bisherigen Schule:</w:t>
      </w:r>
    </w:p>
    <w:p>
      <w:r>
        <w:rPr>
          <w:b w:val="0"/>
          <w:sz w:val="22"/>
        </w:rPr>
        <w:t>____________________________________________________________</w:t>
      </w:r>
    </w:p>
    <w:p>
      <w:r>
        <w:rPr>
          <w:b w:val="0"/>
          <w:sz w:val="22"/>
        </w:rPr>
        <w:t>Adresse der bisherigen Schule:</w:t>
      </w:r>
    </w:p>
    <w:p>
      <w:r>
        <w:rPr>
          <w:b w:val="0"/>
          <w:sz w:val="22"/>
        </w:rPr>
        <w:t>____________________________________________________________</w:t>
      </w:r>
    </w:p>
    <w:p>
      <w:r>
        <w:rPr>
          <w:b w:val="0"/>
          <w:sz w:val="22"/>
        </w:rPr>
        <w:t>Datum des Umzugs:</w:t>
      </w:r>
    </w:p>
    <w:p>
      <w:r>
        <w:rPr>
          <w:b w:val="0"/>
          <w:sz w:val="22"/>
        </w:rPr>
        <w:t>____________________________________________________________</w:t>
      </w:r>
    </w:p>
    <w:p/>
    <w:p>
      <w:r>
        <w:rPr>
          <w:b/>
          <w:sz w:val="22"/>
        </w:rPr>
        <w:t>3. Begründung für den Schulverbleib</w:t>
      </w:r>
    </w:p>
    <w:p>
      <w:r>
        <w:rPr>
          <w:b w:val="0"/>
          <w:sz w:val="22"/>
        </w:rPr>
        <w:t>Hiermit beantrage ich, dass mein Kind trotz Umzugs weiterhin die bisher besuchte Schule besuchen darf. Die Gründe für diesen Antrag sind:</w:t>
      </w:r>
    </w:p>
    <w:p>
      <w:r>
        <w:rPr>
          <w:b w:val="0"/>
          <w:sz w:val="22"/>
        </w:rPr>
        <w:t>____________________________________________________________</w:t>
      </w:r>
    </w:p>
    <w:p>
      <w:r>
        <w:rPr>
          <w:b w:val="0"/>
          <w:sz w:val="22"/>
        </w:rPr>
        <w:t>____________________________________________________________</w:t>
      </w:r>
    </w:p>
    <w:p>
      <w:r>
        <w:rPr>
          <w:b w:val="0"/>
          <w:sz w:val="22"/>
        </w:rPr>
        <w:t>____________________________________________________________</w:t>
      </w:r>
    </w:p>
    <w:p/>
    <w:p>
      <w:r>
        <w:rPr>
          <w:b/>
          <w:sz w:val="22"/>
        </w:rPr>
        <w:t>4. Rechtliche Hinweise</w:t>
      </w:r>
    </w:p>
    <w:p>
      <w:r>
        <w:rPr>
          <w:b w:val="0"/>
          <w:sz w:val="22"/>
        </w:rPr>
        <w:t>Gemäß § 35 Schulgesetz für das Land Nordrhein-Westfalen (SchulG NRW) ist der Schulträger verpflichtet, für die Beschulung sicherzustellen. Ein Verbleib an der bisherigen Schule kann aus pädagogischen oder sozialen Gründen beantragt werden. Die Entscheidung obliegt der zuständigen Schulbehörde.</w:t>
      </w:r>
    </w:p>
    <w:p/>
    <w:p>
      <w:r>
        <w:rPr>
          <w:b/>
          <w:sz w:val="22"/>
        </w:rPr>
        <w:t>5. Erklärung</w:t>
      </w:r>
    </w:p>
    <w:p>
      <w:r>
        <w:rPr>
          <w:b w:val="0"/>
          <w:sz w:val="22"/>
        </w:rPr>
        <w:t>Ich versichere, dass alle Angaben wahrheitsgemäß gemacht wurden. Mir ist bekannt, dass falsche Angaben rechtliche Folgen haben können.</w:t>
      </w:r>
    </w:p>
    <w:p/>
    <w:p/>
    <w:p>
      <w:r>
        <w:rPr>
          <w:b w:val="0"/>
          <w:sz w:val="22"/>
        </w:rPr>
        <w:t>Ort:</w:t>
      </w:r>
    </w:p>
    <w:p>
      <w:r>
        <w:rPr>
          <w:b w:val="0"/>
          <w:sz w:val="22"/>
        </w:rPr>
        <w:t>____________________________________________________________</w:t>
      </w:r>
    </w:p>
    <w:p>
      <w:r>
        <w:rPr>
          <w:b w:val="0"/>
          <w:sz w:val="22"/>
        </w:rPr>
        <w:t>Datum:</w:t>
      </w:r>
    </w:p>
    <w:p>
      <w:r>
        <w:rPr>
          <w:b w:val="0"/>
          <w:sz w:val="22"/>
        </w:rPr>
        <w:t>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 des Antragstellers</w:t>
            </w:r>
          </w:p>
        </w:tc>
        <w:tc>
          <w:tcPr>
            <w:tcW w:type="dxa" w:w="4986"/>
            <w:tcBorders>
              <w:top w:val="nil"/>
              <w:left w:val="nil"/>
              <w:bottom w:val="nil"/>
              <w:right w:val="nil"/>
              <w:insideH w:val="nil"/>
              <w:insideV w:val="nil"/>
            </w:tcBorders>
          </w:tcPr>
          <w:p>
            <w:pPr>
              <w:jc w:val="center"/>
            </w:pPr>
            <w:r>
              <w:t>Unterschrift der Schule (Bestätigung)</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Name:</w:t>
            </w:r>
          </w:p>
        </w:tc>
        <w:tc>
          <w:tcPr>
            <w:tcW w:type="dxa" w:w="4986"/>
            <w:tcBorders>
              <w:top w:val="nil"/>
              <w:left w:val="nil"/>
              <w:bottom w:val="nil"/>
              <w:right w:val="nil"/>
              <w:insideH w:val="nil"/>
              <w:insideV w:val="nil"/>
            </w:tcBorders>
          </w:tcPr>
          <w:p>
            <w:pPr>
              <w:jc w:val="center"/>
            </w:pPr>
            <w:r>
              <w:t>Name:</w:t>
            </w:r>
          </w:p>
        </w:tc>
      </w:tr>
    </w:tbl>
    <w:p>
      <w:r>
        <w:br w:type="page"/>
      </w:r>
    </w:p>
    <w:p>
      <w:pPr>
        <w:jc w:val="center"/>
      </w:pPr>
      <w:r>
        <w:rPr>
          <w:color w:val="555555"/>
          <w:sz w:val="24"/>
        </w:rPr>
        <w:t>Originalquelle dieses Dokuments:</w:t>
      </w:r>
    </w:p>
    <w:p>
      <w:pPr>
        <w:jc w:val="center"/>
      </w:pPr>
      <w:hyperlink r:id="rId9">
        <w:r>
          <w:rPr>
            <w:color w:val="0000FF"/>
            <w:u w:val="single"/>
          </w:rPr>
          <w:t>https://bildung-experte.com/antrag-auf-schulverbleib-nach-umzug/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https://bildung-experte.com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bildung-experte.com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ildung-experte.com/antrag-auf-schulverbleib-nach-umzug/" TargetMode="External"/><Relationship Id="rId10" Type="http://schemas.openxmlformats.org/officeDocument/2006/relationships/hyperlink" Target="https://bildung-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