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FORTBILDUNG</w:t>
      </w:r>
    </w:p>
    <w:p/>
    <w:p/>
    <w:p>
      <w:r>
        <w:rPr>
          <w:b/>
          <w:sz w:val="22"/>
        </w:rPr>
        <w:t>Name des Antragstellers: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/>
          <w:sz w:val="22"/>
        </w:rPr>
        <w:t>Abteilung / Bereich: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/>
          <w:sz w:val="22"/>
        </w:rPr>
        <w:t>Dienststelle / Firma: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/>
          <w:sz w:val="22"/>
        </w:rPr>
        <w:t>Bezeichnung der Fortbildungsmaßnahme: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/>
          <w:sz w:val="22"/>
        </w:rPr>
        <w:t>Veranstalter / Institution: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/>
          <w:sz w:val="22"/>
        </w:rPr>
        <w:t>Ort der Fortbildung: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/>
          <w:sz w:val="22"/>
        </w:rPr>
        <w:t>Zeitraum der Fortbildung: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/>
          <w:sz w:val="22"/>
        </w:rPr>
        <w:t>Begründung des Fortbildungsantrags: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/>
          <w:sz w:val="22"/>
        </w:rPr>
        <w:t>Kosten der Fortbildung:</w:t>
      </w:r>
    </w:p>
    <w:p>
      <w:r>
        <w:rPr>
          <w:b w:val="0"/>
          <w:sz w:val="22"/>
        </w:rPr>
        <w:t>Teilnahmegebühr: _______________________________ EUR</w:t>
      </w:r>
    </w:p>
    <w:p>
      <w:r>
        <w:rPr>
          <w:b w:val="0"/>
          <w:sz w:val="22"/>
        </w:rPr>
        <w:t>Reisekosten: _______________________________ EUR</w:t>
      </w:r>
    </w:p>
    <w:p>
      <w:r>
        <w:rPr>
          <w:b w:val="0"/>
          <w:sz w:val="22"/>
        </w:rPr>
        <w:t>Unterkunftskosten: _______________________________ EUR</w:t>
      </w:r>
    </w:p>
    <w:p>
      <w:r>
        <w:rPr>
          <w:b w:val="0"/>
          <w:sz w:val="22"/>
        </w:rPr>
        <w:t>Sonstige Kosten: _______________________________ EUR</w:t>
      </w:r>
    </w:p>
    <w:p>
      <w:r>
        <w:rPr>
          <w:b w:val="0"/>
          <w:sz w:val="22"/>
        </w:rPr>
        <w:t>Gesamtkosten: _______________________________ EUR</w:t>
      </w:r>
    </w:p>
    <w:p/>
    <w:p>
      <w:r>
        <w:rPr>
          <w:b/>
          <w:sz w:val="22"/>
        </w:rPr>
        <w:t>Ich verpflichte mich, nach Abschluss der Fortbildung einen Bericht zu erstellen und diesen der Dienststelle zur Verfügung zu stellen.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Vorgesetzter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/>
    <w:p/>
    <w:p>
      <w:r>
        <w:rPr>
          <w:b w:val="0"/>
          <w:sz w:val="22"/>
        </w:rPr>
        <w:t>Ort, Datum: _________________________________________________________</w:t>
      </w:r>
    </w:p>
    <w:p/>
    <w:p/>
    <w:p>
      <w:r>
        <w:rPr>
          <w:b/>
          <w:sz w:val="22"/>
        </w:rPr>
        <w:t>Dienststelle / Personalabteilung (zur Kenntnisnahme):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br/>
        <w:t>Unterschrift: _________________________    Name: ________________________________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https://bildung-experte.com/antrag-auf-fortbildung/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antrag-auf-fortbildung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