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ABORDNUNG MIT DEM ZIEL DER VERSETZUNG</w:t>
      </w:r>
    </w:p>
    <w:p/>
    <w:p/>
    <w:p>
      <w:r>
        <w:rPr>
          <w:b/>
          <w:sz w:val="22"/>
        </w:rPr>
        <w:t>Antragsteller (Name, Dienststelle):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/>
          <w:sz w:val="22"/>
        </w:rPr>
        <w:t>An (Dienststelle/Behörde):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Abordnung mit dem Ziel der Versetzung</w:t>
      </w:r>
    </w:p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Abordnung mit dem Ziel der Versetzung gemäß den geltenden dienstrechtlichen Bestimmungen.</w:t>
      </w:r>
    </w:p>
    <w:p/>
    <w:p>
      <w:r>
        <w:rPr>
          <w:b/>
          <w:sz w:val="22"/>
        </w:rPr>
        <w:t>Begründung: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/>
          <w:sz w:val="22"/>
        </w:rPr>
        <w:t>Der angestrebte Versetzungsort: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/>
          <w:sz w:val="22"/>
        </w:rPr>
        <w:t>Geplanter Beginn der Abordnung: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/>
          <w:sz w:val="22"/>
        </w:rPr>
        <w:t>Dauer der Abordnung: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 w:val="0"/>
          <w:sz w:val="22"/>
        </w:rPr>
        <w:t>Ich versichere, dass ich über die erforderlichen Qualifikationen für die angestrebte Tätigkeit verfüge und die Versetzung für meine berufliche Weiterentwicklung und die Erfüllung dienstlicher Aufgaben förderlich ist.</w:t>
      </w:r>
    </w:p>
    <w:p/>
    <w:p/>
    <w:p>
      <w:r>
        <w:rPr>
          <w:b w:val="0"/>
          <w:sz w:val="22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Dienststelle / Behörde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https://bildung-experte.com/antrag-auf-abordnung-mit-dem-ziel-der-versetzung/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antrag-auf-abordnung-mit-dem-ziel-der-versetzun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