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ANMELDUNG FÜR DIE SCHULE</w:t>
      </w:r>
    </w:p>
    <w:p/>
    <w:p/>
    <w:p>
      <w:r>
        <w:rPr>
          <w:b/>
          <w:sz w:val="24"/>
        </w:rPr>
        <w:t>Angaben zum Kind</w:t>
      </w:r>
    </w:p>
    <w:p>
      <w:r>
        <w:rPr>
          <w:b w:val="0"/>
          <w:sz w:val="22"/>
        </w:rPr>
        <w:t>Vorname:</w:t>
      </w:r>
    </w:p>
    <w:p>
      <w:r>
        <w:rPr>
          <w:b w:val="0"/>
          <w:sz w:val="22"/>
        </w:rPr>
        <w:t>Nachname:</w:t>
      </w:r>
    </w:p>
    <w:p>
      <w:r>
        <w:rPr>
          <w:b w:val="0"/>
          <w:sz w:val="22"/>
        </w:rPr>
        <w:t>Geburtsdatum:</w:t>
      </w:r>
    </w:p>
    <w:p>
      <w:r>
        <w:rPr>
          <w:b w:val="0"/>
          <w:sz w:val="22"/>
        </w:rPr>
        <w:t>Geburtsort:</w:t>
      </w:r>
    </w:p>
    <w:p>
      <w:r>
        <w:rPr>
          <w:b w:val="0"/>
          <w:sz w:val="22"/>
        </w:rPr>
        <w:t>Staatsangehörigkeit:</w:t>
      </w:r>
    </w:p>
    <w:p>
      <w:r>
        <w:rPr>
          <w:b w:val="0"/>
          <w:sz w:val="22"/>
        </w:rPr>
        <w:t>Wohnanschrift:</w:t>
      </w:r>
    </w:p>
    <w:p/>
    <w:p>
      <w:r>
        <w:rPr>
          <w:b/>
          <w:sz w:val="24"/>
        </w:rPr>
        <w:t>Angaben der Eltern / Erziehungsberechtigten</w:t>
      </w:r>
    </w:p>
    <w:p>
      <w:r>
        <w:rPr>
          <w:b w:val="0"/>
          <w:sz w:val="22"/>
        </w:rPr>
        <w:t>Name Mutter:</w:t>
      </w:r>
    </w:p>
    <w:p>
      <w:r>
        <w:rPr>
          <w:b w:val="0"/>
          <w:sz w:val="22"/>
        </w:rPr>
        <w:t>Vorname Mutter:</w:t>
      </w:r>
    </w:p>
    <w:p>
      <w:r>
        <w:rPr>
          <w:b w:val="0"/>
          <w:sz w:val="22"/>
        </w:rPr>
        <w:t>Anschrift Mutter (falls abweichend):</w:t>
      </w:r>
    </w:p>
    <w:p>
      <w:r>
        <w:rPr>
          <w:b w:val="0"/>
          <w:sz w:val="22"/>
        </w:rPr>
        <w:t>Telefonnummer Mutter:</w:t>
      </w:r>
    </w:p>
    <w:p>
      <w:r>
        <w:rPr>
          <w:b w:val="0"/>
          <w:sz w:val="22"/>
        </w:rPr>
        <w:t>E-Mail Mutter:</w:t>
      </w:r>
    </w:p>
    <w:p/>
    <w:p>
      <w:r>
        <w:rPr>
          <w:b w:val="0"/>
          <w:sz w:val="22"/>
        </w:rPr>
        <w:t>Name Vater:</w:t>
      </w:r>
    </w:p>
    <w:p>
      <w:r>
        <w:rPr>
          <w:b w:val="0"/>
          <w:sz w:val="22"/>
        </w:rPr>
        <w:t>Vorname Vater:</w:t>
      </w:r>
    </w:p>
    <w:p>
      <w:r>
        <w:rPr>
          <w:b w:val="0"/>
          <w:sz w:val="22"/>
        </w:rPr>
        <w:t>Anschrift Vater (falls abweichend):</w:t>
      </w:r>
    </w:p>
    <w:p>
      <w:r>
        <w:rPr>
          <w:b w:val="0"/>
          <w:sz w:val="22"/>
        </w:rPr>
        <w:t>Telefonnummer Vater:</w:t>
      </w:r>
    </w:p>
    <w:p>
      <w:r>
        <w:rPr>
          <w:b w:val="0"/>
          <w:sz w:val="22"/>
        </w:rPr>
        <w:t>E-Mail Vater:</w:t>
      </w:r>
    </w:p>
    <w:p/>
    <w:p>
      <w:r>
        <w:rPr>
          <w:b/>
          <w:sz w:val="24"/>
        </w:rPr>
        <w:t>Bisherige Betreuung / Schule</w:t>
      </w:r>
    </w:p>
    <w:p>
      <w:r>
        <w:rPr>
          <w:b w:val="0"/>
          <w:sz w:val="22"/>
        </w:rPr>
        <w:t>Name der bisherigen Einrichtung / Schule:</w:t>
      </w:r>
    </w:p>
    <w:p>
      <w:r>
        <w:rPr>
          <w:b w:val="0"/>
          <w:sz w:val="22"/>
        </w:rPr>
        <w:t>Ort der bisherigen Einrichtung / Schule:</w:t>
      </w:r>
    </w:p>
    <w:p>
      <w:r>
        <w:rPr>
          <w:b w:val="0"/>
          <w:sz w:val="22"/>
        </w:rPr>
        <w:t>Klasse / Jahrgangsstufe:</w:t>
      </w:r>
    </w:p>
    <w:p/>
    <w:p>
      <w:r>
        <w:rPr>
          <w:b/>
          <w:sz w:val="24"/>
        </w:rPr>
        <w:t>Angaben zur gewünschten Schule</w:t>
      </w:r>
    </w:p>
    <w:p>
      <w:r>
        <w:rPr>
          <w:b w:val="0"/>
          <w:sz w:val="22"/>
        </w:rPr>
        <w:t>Name der gewünschten Schule:</w:t>
      </w:r>
    </w:p>
    <w:p>
      <w:r>
        <w:rPr>
          <w:b w:val="0"/>
          <w:sz w:val="22"/>
        </w:rPr>
        <w:t>Schulform:</w:t>
      </w:r>
    </w:p>
    <w:p>
      <w:r>
        <w:rPr>
          <w:b w:val="0"/>
          <w:sz w:val="22"/>
        </w:rPr>
        <w:t>Wunschklasse / Jahrgangsstufe:</w:t>
      </w:r>
    </w:p>
    <w:p/>
    <w:p>
      <w:r>
        <w:rPr>
          <w:b/>
          <w:sz w:val="24"/>
        </w:rPr>
        <w:t>Besondere Hinweise / Informationen</w:t>
      </w:r>
    </w:p>
    <w:p>
      <w:r>
        <w:rPr>
          <w:b w:val="0"/>
          <w:sz w:val="22"/>
        </w:rPr>
      </w:r>
    </w:p>
    <w:p>
      <w:r>
        <w:rPr>
          <w:b w:val="0"/>
          <w:sz w:val="22"/>
        </w:rPr>
      </w:r>
    </w:p>
    <w:p>
      <w:r>
        <w:rPr>
          <w:b w:val="0"/>
          <w:sz w:val="22"/>
        </w:rPr>
      </w:r>
    </w:p>
    <w:p>
      <w:r>
        <w:rPr>
          <w:b w:val="0"/>
          <w:sz w:val="22"/>
        </w:rPr>
      </w:r>
    </w:p>
    <w:p/>
    <w:p/>
    <w:p>
      <w:r>
        <w:rPr>
          <w:b w:val="0"/>
          <w:sz w:val="22"/>
        </w:rPr>
        <w:t>Ort:</w:t>
      </w:r>
    </w:p>
    <w:p>
      <w:r>
        <w:rPr>
          <w:b w:val="0"/>
          <w:sz w:val="22"/>
        </w:rPr>
        <w:t>Datum: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 Mutter / Erziehungsberechtigte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 Vater / Erziehungsberechtigter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in Druckbuchstaben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in Druckbuchstaben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https://bildung-experte.com/anmeldung-fur-schule-schreiben/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https://bildung-experte.com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bildung-experte.com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bildung-experte.com/anmeldung-fur-schule-schreiben/" TargetMode="External"/><Relationship Id="rId10" Type="http://schemas.openxmlformats.org/officeDocument/2006/relationships/hyperlink" Target="https://bildung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